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4E810E" w14:textId="58B6A665" w:rsidR="0017002A" w:rsidRDefault="005C419C">
      <w:pPr>
        <w:pStyle w:val="Title"/>
      </w:pPr>
      <w:r>
        <w:t>Organizational Chart</w:t>
      </w:r>
      <w:r w:rsidR="00AB1588">
        <w:t xml:space="preserve"> -</w:t>
      </w:r>
      <w:r w:rsidR="00AB1588" w:rsidRPr="00AB1588">
        <w:t xml:space="preserve"> </w:t>
      </w:r>
      <w:r w:rsidR="00AB1588">
        <w:t>Accessible Version</w:t>
      </w:r>
    </w:p>
    <w:p w14:paraId="23B7D9FE" w14:textId="77777777" w:rsidR="0017002A" w:rsidRDefault="785EFFF9">
      <w:pPr>
        <w:pStyle w:val="Heading1"/>
      </w:pPr>
      <w:r>
        <w:t>Board of Trustees</w:t>
      </w:r>
    </w:p>
    <w:p w14:paraId="50268BFE" w14:textId="0A497DBE" w:rsidR="277E215B" w:rsidRPr="00CF038B" w:rsidRDefault="277E215B" w:rsidP="00CC5EA7">
      <w:pPr>
        <w:pStyle w:val="ListBullet"/>
        <w:numPr>
          <w:ilvl w:val="0"/>
          <w:numId w:val="14"/>
        </w:numPr>
      </w:pPr>
      <w:r w:rsidRPr="00CF038B">
        <w:t>Milton Johnson – Chair, Board of Trustees</w:t>
      </w:r>
    </w:p>
    <w:p w14:paraId="54B3F922" w14:textId="06E46308" w:rsidR="785EFFF9" w:rsidRDefault="785EFFF9" w:rsidP="785EFFF9">
      <w:pPr>
        <w:pStyle w:val="Heading1"/>
      </w:pPr>
      <w:r>
        <w:t>President</w:t>
      </w:r>
    </w:p>
    <w:p w14:paraId="66108D9B" w14:textId="40C4D4E8" w:rsidR="05AAC81D" w:rsidRPr="00CC5EA7" w:rsidRDefault="05AAC81D" w:rsidP="006B348A">
      <w:pPr>
        <w:pStyle w:val="ListBullet"/>
        <w:numPr>
          <w:ilvl w:val="0"/>
          <w:numId w:val="14"/>
        </w:numPr>
      </w:pPr>
      <w:r w:rsidRPr="00CC5EA7">
        <w:t>Greg Jones – President</w:t>
      </w:r>
    </w:p>
    <w:p w14:paraId="0472FF5B" w14:textId="77777777" w:rsidR="0017002A" w:rsidRDefault="005C419C">
      <w:pPr>
        <w:pStyle w:val="Heading1"/>
      </w:pPr>
      <w:r>
        <w:t>Executive Leadership Reporting to the President</w:t>
      </w:r>
    </w:p>
    <w:p w14:paraId="396E0106" w14:textId="77777777" w:rsidR="001D1054" w:rsidRDefault="785EFFF9" w:rsidP="001D1054">
      <w:pPr>
        <w:pStyle w:val="ListBullet"/>
        <w:numPr>
          <w:ilvl w:val="0"/>
          <w:numId w:val="14"/>
        </w:numPr>
      </w:pPr>
      <w:r>
        <w:t>Harry Allen – EVP for Financial Excellence &amp; CFO</w:t>
      </w:r>
    </w:p>
    <w:p w14:paraId="517C9C7A" w14:textId="77777777" w:rsidR="008C594D" w:rsidRDefault="008C594D" w:rsidP="008C594D">
      <w:pPr>
        <w:pStyle w:val="ListBullet"/>
        <w:numPr>
          <w:ilvl w:val="0"/>
          <w:numId w:val="14"/>
        </w:numPr>
      </w:pPr>
      <w:r>
        <w:t>Lori Baker – EVP for Global Strategy &amp; Programs</w:t>
      </w:r>
    </w:p>
    <w:p w14:paraId="73EC67A0" w14:textId="77777777" w:rsidR="00B227C2" w:rsidRDefault="00B227C2" w:rsidP="00B227C2">
      <w:pPr>
        <w:pStyle w:val="ListBullet"/>
        <w:numPr>
          <w:ilvl w:val="0"/>
          <w:numId w:val="14"/>
        </w:numPr>
      </w:pPr>
      <w:r>
        <w:t>Jason Rogers – EVP for External Engagement &amp; University Counsel</w:t>
      </w:r>
    </w:p>
    <w:p w14:paraId="3C566F4E" w14:textId="77777777" w:rsidR="006279AE" w:rsidRDefault="006279AE" w:rsidP="006279AE">
      <w:pPr>
        <w:pStyle w:val="ListBullet"/>
        <w:numPr>
          <w:ilvl w:val="0"/>
          <w:numId w:val="14"/>
        </w:numPr>
      </w:pPr>
      <w:r>
        <w:t>TBD – EVP for Advancement</w:t>
      </w:r>
    </w:p>
    <w:p w14:paraId="2A5DD7D1" w14:textId="77777777" w:rsidR="006279AE" w:rsidRDefault="006279AE" w:rsidP="006279AE">
      <w:pPr>
        <w:pStyle w:val="ListBullet"/>
        <w:numPr>
          <w:ilvl w:val="0"/>
          <w:numId w:val="14"/>
        </w:numPr>
      </w:pPr>
      <w:r>
        <w:t>David Gregory – EVP for Academic Excellence &amp; Provost</w:t>
      </w:r>
    </w:p>
    <w:p w14:paraId="2F987F15" w14:textId="77777777" w:rsidR="006279AE" w:rsidRDefault="006279AE" w:rsidP="006279AE">
      <w:pPr>
        <w:pStyle w:val="ListBullet"/>
        <w:numPr>
          <w:ilvl w:val="0"/>
          <w:numId w:val="14"/>
        </w:numPr>
      </w:pPr>
      <w:r>
        <w:t>Susan West – EVP for Administration &amp; Chief of Staff</w:t>
      </w:r>
    </w:p>
    <w:p w14:paraId="6CB454B7" w14:textId="77777777" w:rsidR="006279AE" w:rsidRDefault="006279AE" w:rsidP="006279AE">
      <w:pPr>
        <w:pStyle w:val="ListBullet"/>
        <w:numPr>
          <w:ilvl w:val="0"/>
          <w:numId w:val="14"/>
        </w:numPr>
      </w:pPr>
      <w:r>
        <w:t>Scott Corley – VP &amp; Athletics Director</w:t>
      </w:r>
    </w:p>
    <w:p w14:paraId="0F47D95E" w14:textId="77777777" w:rsidR="00844838" w:rsidRDefault="00844838" w:rsidP="00844838">
      <w:pPr>
        <w:pStyle w:val="ListBullet"/>
        <w:numPr>
          <w:ilvl w:val="0"/>
          <w:numId w:val="14"/>
        </w:numPr>
      </w:pPr>
      <w:r>
        <w:t>Nathan Webb – VP, Whole Person Formation &amp; Leadership Development</w:t>
      </w:r>
    </w:p>
    <w:p w14:paraId="109AA1DE" w14:textId="69938CC3" w:rsidR="00954DDF" w:rsidRDefault="00954DDF" w:rsidP="00954DDF">
      <w:pPr>
        <w:pStyle w:val="ListBullet"/>
        <w:numPr>
          <w:ilvl w:val="0"/>
          <w:numId w:val="14"/>
        </w:numPr>
      </w:pPr>
      <w:r>
        <w:t xml:space="preserve">Josh Yates – </w:t>
      </w:r>
      <w:r w:rsidR="00756946">
        <w:t xml:space="preserve">Chief </w:t>
      </w:r>
      <w:r w:rsidR="00756946" w:rsidRPr="00756946">
        <w:t xml:space="preserve">Strategy </w:t>
      </w:r>
      <w:r w:rsidR="00756946">
        <w:t>Officer</w:t>
      </w:r>
    </w:p>
    <w:p w14:paraId="31A1F003" w14:textId="77777777" w:rsidR="003D47D9" w:rsidRDefault="003D47D9" w:rsidP="003D47D9">
      <w:pPr>
        <w:pStyle w:val="ListBullet"/>
        <w:numPr>
          <w:ilvl w:val="0"/>
          <w:numId w:val="14"/>
        </w:numPr>
      </w:pPr>
      <w:r>
        <w:t>Rick Rekedal – Chief Creative Officer</w:t>
      </w:r>
    </w:p>
    <w:p w14:paraId="2CB5B20E" w14:textId="0EE504E8" w:rsidR="008C594D" w:rsidRDefault="003D47D9" w:rsidP="000910D7">
      <w:pPr>
        <w:pStyle w:val="ListBullet"/>
        <w:numPr>
          <w:ilvl w:val="0"/>
          <w:numId w:val="14"/>
        </w:numPr>
      </w:pPr>
      <w:r>
        <w:t>John Witvliet – Chief Officer for Missional Initiatives</w:t>
      </w:r>
    </w:p>
    <w:p w14:paraId="16882E78" w14:textId="058C971A" w:rsidR="007F6113" w:rsidRDefault="00842D16" w:rsidP="007F6113">
      <w:pPr>
        <w:pStyle w:val="Heading1"/>
      </w:pPr>
      <w:r>
        <w:t xml:space="preserve">Reporting to the </w:t>
      </w:r>
      <w:r w:rsidR="00C74D47">
        <w:t>EVP</w:t>
      </w:r>
      <w:r w:rsidR="002F7527">
        <w:t xml:space="preserve"> for </w:t>
      </w:r>
      <w:r w:rsidR="007F6113">
        <w:t>Financial Excellence &amp; CFO</w:t>
      </w:r>
      <w:r w:rsidR="002F7527">
        <w:t xml:space="preserve"> </w:t>
      </w:r>
      <w:r w:rsidR="009D1049">
        <w:t>–</w:t>
      </w:r>
      <w:r w:rsidR="00D4166B">
        <w:t xml:space="preserve"> </w:t>
      </w:r>
      <w:r w:rsidR="009D1049">
        <w:t>Harry Allen</w:t>
      </w:r>
    </w:p>
    <w:p w14:paraId="51F422AA" w14:textId="5A4D9A89" w:rsidR="00586C74" w:rsidRDefault="00586C74" w:rsidP="00586C74">
      <w:pPr>
        <w:pStyle w:val="ListBullet"/>
        <w:numPr>
          <w:ilvl w:val="0"/>
          <w:numId w:val="10"/>
        </w:numPr>
      </w:pPr>
      <w:r>
        <w:t>John Malone – VP Financial Operations &amp; Controlle</w:t>
      </w:r>
      <w:r w:rsidR="00CD721F">
        <w:t>r</w:t>
      </w:r>
    </w:p>
    <w:p w14:paraId="02F111D9" w14:textId="0DD4E578" w:rsidR="00CD721F" w:rsidRDefault="00FA5353" w:rsidP="00CD721F">
      <w:pPr>
        <w:pStyle w:val="ListBullet"/>
        <w:numPr>
          <w:ilvl w:val="1"/>
          <w:numId w:val="10"/>
        </w:numPr>
      </w:pPr>
      <w:r>
        <w:t>Keith Chap</w:t>
      </w:r>
      <w:r w:rsidR="00602DDA">
        <w:t>man</w:t>
      </w:r>
      <w:r w:rsidR="00562B5C">
        <w:t xml:space="preserve"> </w:t>
      </w:r>
      <w:r w:rsidR="00514841">
        <w:t>–</w:t>
      </w:r>
      <w:r w:rsidR="00562B5C">
        <w:t xml:space="preserve"> AVP</w:t>
      </w:r>
      <w:r w:rsidR="00514841">
        <w:t>, Au</w:t>
      </w:r>
      <w:r w:rsidR="00D7716A">
        <w:t>x</w:t>
      </w:r>
      <w:r w:rsidR="005A4A3B">
        <w:t>i</w:t>
      </w:r>
      <w:r w:rsidR="00935BCE">
        <w:t>l</w:t>
      </w:r>
      <w:r w:rsidR="00735A0A">
        <w:t>iary Services</w:t>
      </w:r>
    </w:p>
    <w:p w14:paraId="3C1EFFF6" w14:textId="32657D09" w:rsidR="000A7067" w:rsidRDefault="000A7067" w:rsidP="000A7067">
      <w:pPr>
        <w:pStyle w:val="ListBullet"/>
        <w:numPr>
          <w:ilvl w:val="2"/>
          <w:numId w:val="10"/>
        </w:numPr>
      </w:pPr>
      <w:r>
        <w:t xml:space="preserve">Mail </w:t>
      </w:r>
      <w:r w:rsidR="00DC2DD7">
        <w:t>Services</w:t>
      </w:r>
    </w:p>
    <w:p w14:paraId="5764E554" w14:textId="40CC4DDA" w:rsidR="000A7067" w:rsidRDefault="00BE33AD" w:rsidP="000A7067">
      <w:pPr>
        <w:pStyle w:val="ListBullet"/>
        <w:numPr>
          <w:ilvl w:val="2"/>
          <w:numId w:val="10"/>
        </w:numPr>
      </w:pPr>
      <w:r>
        <w:t>Dining Service</w:t>
      </w:r>
      <w:r w:rsidR="00E35F3C">
        <w:t>s</w:t>
      </w:r>
    </w:p>
    <w:p w14:paraId="65C7A33B" w14:textId="14D81D78" w:rsidR="00E35F3C" w:rsidRDefault="00E35F3C" w:rsidP="000A7067">
      <w:pPr>
        <w:pStyle w:val="ListBullet"/>
        <w:numPr>
          <w:ilvl w:val="2"/>
          <w:numId w:val="10"/>
        </w:numPr>
      </w:pPr>
      <w:proofErr w:type="spellStart"/>
      <w:r>
        <w:t>Bruin</w:t>
      </w:r>
      <w:r w:rsidR="002B5BFE">
        <w:t>Shop</w:t>
      </w:r>
      <w:proofErr w:type="spellEnd"/>
      <w:r w:rsidR="00F67BB7">
        <w:t>/</w:t>
      </w:r>
      <w:r w:rsidR="00791D6E">
        <w:t>Bruin</w:t>
      </w:r>
      <w:r w:rsidR="00B05166">
        <w:t xml:space="preserve"> Books</w:t>
      </w:r>
    </w:p>
    <w:p w14:paraId="12101329" w14:textId="5A29C0F3" w:rsidR="00B05166" w:rsidRDefault="00B05166" w:rsidP="000A7067">
      <w:pPr>
        <w:pStyle w:val="ListBullet"/>
        <w:numPr>
          <w:ilvl w:val="2"/>
          <w:numId w:val="10"/>
        </w:numPr>
      </w:pPr>
      <w:r>
        <w:t>Vending Ser</w:t>
      </w:r>
      <w:r w:rsidR="00FE0759">
        <w:t>vices</w:t>
      </w:r>
    </w:p>
    <w:p w14:paraId="2277F28F" w14:textId="41EF3D51" w:rsidR="006401CE" w:rsidRDefault="00A0335C" w:rsidP="00CD721F">
      <w:pPr>
        <w:pStyle w:val="ListBullet"/>
        <w:numPr>
          <w:ilvl w:val="1"/>
          <w:numId w:val="10"/>
        </w:numPr>
      </w:pPr>
      <w:r>
        <w:t>I</w:t>
      </w:r>
      <w:r w:rsidR="00105BCF">
        <w:t>l</w:t>
      </w:r>
      <w:r w:rsidR="0048280F">
        <w:t>eia Hook</w:t>
      </w:r>
      <w:r w:rsidR="00D7569E">
        <w:t xml:space="preserve"> </w:t>
      </w:r>
      <w:r w:rsidR="00F3210E">
        <w:t>–</w:t>
      </w:r>
      <w:r w:rsidR="00D7569E">
        <w:t xml:space="preserve"> </w:t>
      </w:r>
      <w:r w:rsidR="008662AB">
        <w:t>AVP</w:t>
      </w:r>
      <w:r w:rsidR="00F3210E">
        <w:t xml:space="preserve">, </w:t>
      </w:r>
      <w:r w:rsidR="007C4112">
        <w:t>Strategic</w:t>
      </w:r>
      <w:r w:rsidR="00C57A66">
        <w:t xml:space="preserve"> </w:t>
      </w:r>
      <w:r w:rsidR="007C4112">
        <w:t>Venues</w:t>
      </w:r>
      <w:r w:rsidR="00402D2C">
        <w:t xml:space="preserve"> &amp; </w:t>
      </w:r>
      <w:r w:rsidR="007367AE">
        <w:t>Events</w:t>
      </w:r>
    </w:p>
    <w:p w14:paraId="189C656C" w14:textId="6C08A391" w:rsidR="00A84A2F" w:rsidRDefault="00A84A2F" w:rsidP="00A84A2F">
      <w:pPr>
        <w:pStyle w:val="ListBullet"/>
        <w:numPr>
          <w:ilvl w:val="0"/>
          <w:numId w:val="10"/>
        </w:numPr>
      </w:pPr>
      <w:r>
        <w:t>Darrell Duncan – VP Strategic Finance &amp; Enterprise Planning</w:t>
      </w:r>
    </w:p>
    <w:p w14:paraId="271D6456" w14:textId="133D6DE9" w:rsidR="00586C74" w:rsidRDefault="006452E6" w:rsidP="006452E6">
      <w:pPr>
        <w:pStyle w:val="ListBullet"/>
        <w:numPr>
          <w:ilvl w:val="0"/>
          <w:numId w:val="10"/>
        </w:numPr>
      </w:pPr>
      <w:r>
        <w:t>Robert Chavez – VP</w:t>
      </w:r>
      <w:r w:rsidR="009A55FE">
        <w:t>,</w:t>
      </w:r>
      <w:r>
        <w:t xml:space="preserve"> Facilities Management Services</w:t>
      </w:r>
    </w:p>
    <w:p w14:paraId="74B636AB" w14:textId="382C7F01" w:rsidR="00586C74" w:rsidRDefault="007F6113" w:rsidP="00586C74">
      <w:pPr>
        <w:pStyle w:val="ListBullet"/>
        <w:numPr>
          <w:ilvl w:val="0"/>
          <w:numId w:val="10"/>
        </w:numPr>
      </w:pPr>
      <w:proofErr w:type="spellStart"/>
      <w:r>
        <w:t>Cosonya</w:t>
      </w:r>
      <w:proofErr w:type="spellEnd"/>
      <w:r>
        <w:t xml:space="preserve"> Stephens – AVP</w:t>
      </w:r>
      <w:r w:rsidR="009A55FE">
        <w:t xml:space="preserve"> for</w:t>
      </w:r>
      <w:r>
        <w:t xml:space="preserve"> Budgeting &amp; Financial Planning</w:t>
      </w:r>
    </w:p>
    <w:p w14:paraId="48AB4C14" w14:textId="31946D4B" w:rsidR="00A72906" w:rsidRDefault="008C3734" w:rsidP="00A72906">
      <w:pPr>
        <w:pStyle w:val="Heading1"/>
      </w:pPr>
      <w:r>
        <w:lastRenderedPageBreak/>
        <w:t xml:space="preserve">Reporting to the EVP for </w:t>
      </w:r>
      <w:r w:rsidR="00A72906">
        <w:t>Global Strategy &amp; Programs</w:t>
      </w:r>
      <w:r>
        <w:t xml:space="preserve"> – Lori Baker</w:t>
      </w:r>
    </w:p>
    <w:p w14:paraId="47227A7E" w14:textId="36103B7C" w:rsidR="00F779B7" w:rsidRDefault="001651CD" w:rsidP="00F779B7">
      <w:pPr>
        <w:pStyle w:val="ListBullet"/>
        <w:numPr>
          <w:ilvl w:val="0"/>
          <w:numId w:val="11"/>
        </w:numPr>
      </w:pPr>
      <w:r>
        <w:t>TBD</w:t>
      </w:r>
      <w:r w:rsidR="00A72906">
        <w:t xml:space="preserve"> – Executive Director, Global Honors</w:t>
      </w:r>
    </w:p>
    <w:p w14:paraId="52D4FF73" w14:textId="77777777" w:rsidR="00330E00" w:rsidRDefault="00330E00" w:rsidP="00330E00">
      <w:pPr>
        <w:pStyle w:val="ListBullet"/>
        <w:numPr>
          <w:ilvl w:val="0"/>
          <w:numId w:val="11"/>
        </w:numPr>
      </w:pPr>
      <w:r>
        <w:t>Marissa Chandler – Director, Belmont USA/Study Abroad</w:t>
      </w:r>
    </w:p>
    <w:p w14:paraId="3F6A705C" w14:textId="69CA8C10" w:rsidR="00663966" w:rsidRDefault="009D538A" w:rsidP="005C7EB4">
      <w:pPr>
        <w:pStyle w:val="ListBullet"/>
        <w:numPr>
          <w:ilvl w:val="0"/>
          <w:numId w:val="11"/>
        </w:numPr>
      </w:pPr>
      <w:r>
        <w:t>Shelby Garner – Executive Director, Global Health</w:t>
      </w:r>
    </w:p>
    <w:p w14:paraId="2D2A8D3C" w14:textId="4CA572C5" w:rsidR="00D10270" w:rsidRDefault="00A56616" w:rsidP="00D10270">
      <w:pPr>
        <w:pStyle w:val="Heading1"/>
      </w:pPr>
      <w:r>
        <w:t xml:space="preserve">Reporting to the EVP </w:t>
      </w:r>
      <w:r w:rsidR="00D10270">
        <w:t>External Engagement &amp; University Counsel</w:t>
      </w:r>
      <w:r w:rsidR="00781365">
        <w:t xml:space="preserve"> </w:t>
      </w:r>
      <w:r w:rsidR="008A66C7">
        <w:t>–</w:t>
      </w:r>
      <w:r w:rsidR="00781365">
        <w:t xml:space="preserve"> Jas</w:t>
      </w:r>
      <w:r w:rsidR="008445AB">
        <w:t>on</w:t>
      </w:r>
      <w:r w:rsidR="008A66C7">
        <w:t xml:space="preserve"> Rogers</w:t>
      </w:r>
    </w:p>
    <w:p w14:paraId="045FE926" w14:textId="45AB2D62" w:rsidR="0033772E" w:rsidRDefault="00D10270" w:rsidP="002C0E9F">
      <w:pPr>
        <w:pStyle w:val="ListBullet"/>
        <w:numPr>
          <w:ilvl w:val="0"/>
          <w:numId w:val="9"/>
        </w:numPr>
      </w:pPr>
      <w:r>
        <w:t>Lauri Chaudoin – Deputy University Counse</w:t>
      </w:r>
      <w:r w:rsidR="00FF4177">
        <w:t>l</w:t>
      </w:r>
    </w:p>
    <w:p w14:paraId="0956F387" w14:textId="07CAA7F2" w:rsidR="00EE17AD" w:rsidRDefault="00EE17AD" w:rsidP="00EE17AD">
      <w:pPr>
        <w:pStyle w:val="ListBullet"/>
        <w:numPr>
          <w:ilvl w:val="0"/>
          <w:numId w:val="9"/>
        </w:numPr>
      </w:pPr>
      <w:r>
        <w:t>April Hefner – VP</w:t>
      </w:r>
      <w:r w:rsidR="001651CD">
        <w:t>,</w:t>
      </w:r>
      <w:r>
        <w:t xml:space="preserve"> Marketing &amp; Communications</w:t>
      </w:r>
    </w:p>
    <w:p w14:paraId="3D25B887" w14:textId="24D48E50" w:rsidR="00EE17AD" w:rsidRDefault="00C4773E" w:rsidP="00C022C1">
      <w:pPr>
        <w:pStyle w:val="ListBullet"/>
        <w:numPr>
          <w:ilvl w:val="0"/>
          <w:numId w:val="9"/>
        </w:numPr>
      </w:pPr>
      <w:r>
        <w:t xml:space="preserve">Mark Labbe – </w:t>
      </w:r>
      <w:r w:rsidR="00C022C1">
        <w:t>AVP for Public Safety and Risk Management</w:t>
      </w:r>
    </w:p>
    <w:p w14:paraId="47D7DCFA" w14:textId="7851C32C" w:rsidR="00EE17AD" w:rsidRDefault="00D10270" w:rsidP="00EE17AD">
      <w:pPr>
        <w:pStyle w:val="ListBullet"/>
        <w:numPr>
          <w:ilvl w:val="0"/>
          <w:numId w:val="9"/>
        </w:numPr>
      </w:pPr>
      <w:r>
        <w:t>Joyce Searcy – AVP Community &amp; Government Relations</w:t>
      </w:r>
    </w:p>
    <w:p w14:paraId="389D2CD3" w14:textId="6F7D1EEE" w:rsidR="005219A1" w:rsidRDefault="00FD16F6" w:rsidP="005219A1">
      <w:pPr>
        <w:pStyle w:val="Heading1"/>
      </w:pPr>
      <w:r>
        <w:t xml:space="preserve">Reporting to the EVP </w:t>
      </w:r>
      <w:r w:rsidR="007E66B6">
        <w:t xml:space="preserve">for </w:t>
      </w:r>
      <w:r w:rsidR="005219A1">
        <w:t>Advancement</w:t>
      </w:r>
      <w:r w:rsidR="007E66B6">
        <w:t xml:space="preserve"> - TBD</w:t>
      </w:r>
    </w:p>
    <w:p w14:paraId="4D9A868A" w14:textId="7084B9AF" w:rsidR="00497286" w:rsidRDefault="005219A1" w:rsidP="000507D5">
      <w:pPr>
        <w:pStyle w:val="ListBullet"/>
        <w:numPr>
          <w:ilvl w:val="0"/>
          <w:numId w:val="22"/>
        </w:numPr>
      </w:pPr>
      <w:r>
        <w:t xml:space="preserve">Donna Bolin – </w:t>
      </w:r>
      <w:r w:rsidR="000507D5">
        <w:t>AVP, Development, Health Education &amp; Sciences; Interim Co-Lead of Advancement</w:t>
      </w:r>
    </w:p>
    <w:p w14:paraId="7F95237E" w14:textId="7C138F18" w:rsidR="00497286" w:rsidRDefault="005219A1" w:rsidP="00007B0D">
      <w:pPr>
        <w:pStyle w:val="ListBullet"/>
        <w:numPr>
          <w:ilvl w:val="0"/>
          <w:numId w:val="22"/>
        </w:numPr>
      </w:pPr>
      <w:r>
        <w:t xml:space="preserve">Josh Poorman – </w:t>
      </w:r>
      <w:r w:rsidR="00007B0D">
        <w:t>AVP, Colleges &amp; Units; Interim Co-Lead of Advancement</w:t>
      </w:r>
    </w:p>
    <w:p w14:paraId="0E53A595" w14:textId="59289727" w:rsidR="00497286" w:rsidRDefault="005219A1" w:rsidP="00007B0D">
      <w:pPr>
        <w:pStyle w:val="ListBullet"/>
        <w:numPr>
          <w:ilvl w:val="1"/>
          <w:numId w:val="22"/>
        </w:numPr>
      </w:pPr>
      <w:r>
        <w:t>Michele Miller – AVP</w:t>
      </w:r>
      <w:r w:rsidR="00D818A3">
        <w:t>,</w:t>
      </w:r>
      <w:r>
        <w:t xml:space="preserve"> Advancement Services</w:t>
      </w:r>
    </w:p>
    <w:p w14:paraId="0F11BE6F" w14:textId="650384EE" w:rsidR="00862722" w:rsidRDefault="00862722" w:rsidP="00007B0D">
      <w:pPr>
        <w:pStyle w:val="ListBullet"/>
        <w:numPr>
          <w:ilvl w:val="1"/>
          <w:numId w:val="22"/>
        </w:numPr>
      </w:pPr>
      <w:r>
        <w:t>Russell Grimm – Executive Director, Bruin Club</w:t>
      </w:r>
    </w:p>
    <w:p w14:paraId="3EEAC274" w14:textId="7201FB1D" w:rsidR="0029145F" w:rsidRDefault="0029145F" w:rsidP="00007B0D">
      <w:pPr>
        <w:pStyle w:val="ListBullet"/>
        <w:numPr>
          <w:ilvl w:val="1"/>
          <w:numId w:val="22"/>
        </w:numPr>
      </w:pPr>
      <w:r>
        <w:t>Chip Hayner – Senior Director</w:t>
      </w:r>
      <w:r w:rsidR="00D818A3">
        <w:t xml:space="preserve"> of</w:t>
      </w:r>
      <w:r>
        <w:t xml:space="preserve"> Alumni Engagement</w:t>
      </w:r>
    </w:p>
    <w:p w14:paraId="0ED02840" w14:textId="510B7D3F" w:rsidR="00497286" w:rsidRDefault="005219A1" w:rsidP="00007B0D">
      <w:pPr>
        <w:pStyle w:val="ListBullet"/>
        <w:numPr>
          <w:ilvl w:val="1"/>
          <w:numId w:val="22"/>
        </w:numPr>
      </w:pPr>
      <w:r>
        <w:t>Kate Mosley – AVP</w:t>
      </w:r>
      <w:r w:rsidR="00D818A3">
        <w:t>,</w:t>
      </w:r>
      <w:r>
        <w:t xml:space="preserve"> Engagement</w:t>
      </w:r>
    </w:p>
    <w:p w14:paraId="79914A0A" w14:textId="40D0C183" w:rsidR="003C06CC" w:rsidRDefault="005219A1" w:rsidP="00007B0D">
      <w:pPr>
        <w:pStyle w:val="ListBullet"/>
        <w:numPr>
          <w:ilvl w:val="1"/>
          <w:numId w:val="22"/>
        </w:numPr>
      </w:pPr>
      <w:r>
        <w:t>Debbie Sprang – AVP</w:t>
      </w:r>
      <w:r w:rsidR="00D818A3">
        <w:t>,</w:t>
      </w:r>
      <w:r>
        <w:t xml:space="preserve"> Parent Philanthropy &amp; Planned Giving</w:t>
      </w:r>
    </w:p>
    <w:p w14:paraId="71F29982" w14:textId="5DFACCD7" w:rsidR="0017002A" w:rsidRDefault="47BD4F57">
      <w:pPr>
        <w:pStyle w:val="Heading1"/>
      </w:pPr>
      <w:r>
        <w:t xml:space="preserve">Reporting to the </w:t>
      </w:r>
      <w:r w:rsidR="009F778F">
        <w:t>EV</w:t>
      </w:r>
      <w:r w:rsidR="00910A60">
        <w:t xml:space="preserve">P </w:t>
      </w:r>
      <w:r w:rsidR="000F4F4F">
        <w:t>f</w:t>
      </w:r>
      <w:r w:rsidR="00FB5466">
        <w:t xml:space="preserve">or </w:t>
      </w:r>
      <w:r>
        <w:t>Academic Excellence &amp; Provost – David Gregory</w:t>
      </w:r>
    </w:p>
    <w:p w14:paraId="3987E53E" w14:textId="77777777" w:rsidR="009F5E67" w:rsidRDefault="009F5E67" w:rsidP="009F5E67">
      <w:pPr>
        <w:pStyle w:val="ListBullet"/>
        <w:numPr>
          <w:ilvl w:val="0"/>
          <w:numId w:val="1"/>
        </w:numPr>
      </w:pPr>
      <w:r>
        <w:t xml:space="preserve">Rick Archer – Dean, </w:t>
      </w:r>
      <w:proofErr w:type="spellStart"/>
      <w:r>
        <w:t>O’More</w:t>
      </w:r>
      <w:proofErr w:type="spellEnd"/>
      <w:r>
        <w:t xml:space="preserve"> College of Architecture &amp; Design</w:t>
      </w:r>
    </w:p>
    <w:p w14:paraId="576A2950" w14:textId="77777777" w:rsidR="00A33DE1" w:rsidRDefault="00A33DE1" w:rsidP="00A33DE1">
      <w:pPr>
        <w:pStyle w:val="ListBullet"/>
        <w:numPr>
          <w:ilvl w:val="0"/>
          <w:numId w:val="1"/>
        </w:numPr>
      </w:pPr>
      <w:r>
        <w:t>Randy Bradley – Dean, Massey College of Business</w:t>
      </w:r>
    </w:p>
    <w:p w14:paraId="53154A69" w14:textId="77777777" w:rsidR="00B11CEB" w:rsidRDefault="00B11CEB" w:rsidP="00B11CEB">
      <w:pPr>
        <w:pStyle w:val="ListBullet"/>
        <w:numPr>
          <w:ilvl w:val="0"/>
          <w:numId w:val="1"/>
        </w:numPr>
      </w:pPr>
      <w:r>
        <w:t>Stephen Eaves – Dean, College of Music &amp; Performing Arts</w:t>
      </w:r>
    </w:p>
    <w:p w14:paraId="70451532" w14:textId="3B8DA141" w:rsidR="00EE576C" w:rsidRDefault="00E441D6" w:rsidP="00EE576C">
      <w:pPr>
        <w:pStyle w:val="ListBullet"/>
        <w:numPr>
          <w:ilvl w:val="0"/>
          <w:numId w:val="1"/>
        </w:numPr>
      </w:pPr>
      <w:r>
        <w:t>Deborah Farringer</w:t>
      </w:r>
      <w:r w:rsidR="00EE576C">
        <w:t xml:space="preserve"> – Dean, College of Law</w:t>
      </w:r>
    </w:p>
    <w:p w14:paraId="7BC82AD8" w14:textId="360FD62B" w:rsidR="00ED0E81" w:rsidRDefault="00ED0E81" w:rsidP="00AB4F7B">
      <w:pPr>
        <w:pStyle w:val="ListBullet"/>
        <w:numPr>
          <w:ilvl w:val="0"/>
          <w:numId w:val="1"/>
        </w:numPr>
      </w:pPr>
      <w:r>
        <w:t>Julie Honey – Dean, Inman College of Nursing</w:t>
      </w:r>
      <w:r w:rsidR="00AB4F7B">
        <w:t xml:space="preserve"> &amp; Special Assistant to the President for Health and Healthcare Strategy</w:t>
      </w:r>
    </w:p>
    <w:p w14:paraId="0E9D644F" w14:textId="79DC2C87" w:rsidR="006D156B" w:rsidRDefault="006D156B" w:rsidP="00DF46A6">
      <w:pPr>
        <w:pStyle w:val="ListBullet"/>
        <w:numPr>
          <w:ilvl w:val="0"/>
          <w:numId w:val="1"/>
        </w:numPr>
      </w:pPr>
      <w:r>
        <w:t xml:space="preserve">James McIntyre – </w:t>
      </w:r>
      <w:r w:rsidR="00DF46A6">
        <w:t>Dean, College of Education and Assistant Provost for Academic Excellence</w:t>
      </w:r>
    </w:p>
    <w:p w14:paraId="5D2E66A6" w14:textId="77777777" w:rsidR="006D156B" w:rsidRDefault="006D156B" w:rsidP="006D156B">
      <w:pPr>
        <w:pStyle w:val="ListBullet"/>
        <w:numPr>
          <w:ilvl w:val="0"/>
          <w:numId w:val="1"/>
        </w:numPr>
      </w:pPr>
      <w:r>
        <w:t>James Pierce – Dean, Watkins College of Art</w:t>
      </w:r>
    </w:p>
    <w:p w14:paraId="13567DA8" w14:textId="77777777" w:rsidR="006D156B" w:rsidRDefault="006D156B" w:rsidP="006D156B">
      <w:pPr>
        <w:pStyle w:val="ListBullet"/>
        <w:numPr>
          <w:ilvl w:val="0"/>
          <w:numId w:val="1"/>
        </w:numPr>
      </w:pPr>
      <w:r>
        <w:t>Sharrel Pinto – Dean, College of Pharmacy &amp; Health Sciences</w:t>
      </w:r>
    </w:p>
    <w:p w14:paraId="29CB7F93" w14:textId="3A16BD42" w:rsidR="0024172C" w:rsidRDefault="00DF46A6" w:rsidP="0024172C">
      <w:pPr>
        <w:pStyle w:val="ListBullet"/>
        <w:numPr>
          <w:ilvl w:val="0"/>
          <w:numId w:val="1"/>
        </w:numPr>
      </w:pPr>
      <w:r>
        <w:t>David Schreiber</w:t>
      </w:r>
      <w:r w:rsidR="0024172C">
        <w:t xml:space="preserve"> – </w:t>
      </w:r>
      <w:r>
        <w:t xml:space="preserve">Interim </w:t>
      </w:r>
      <w:r w:rsidR="0024172C">
        <w:t>Dean, Curb College of Entertainment &amp; Music Business</w:t>
      </w:r>
    </w:p>
    <w:p w14:paraId="6A63AFEC" w14:textId="516AE260" w:rsidR="007A4155" w:rsidRDefault="007A4155" w:rsidP="007A4155">
      <w:pPr>
        <w:pStyle w:val="ListBullet"/>
        <w:numPr>
          <w:ilvl w:val="0"/>
          <w:numId w:val="1"/>
        </w:numPr>
      </w:pPr>
      <w:r>
        <w:t>Thom Spence – Dean, College of Sciences &amp; Mathematics</w:t>
      </w:r>
    </w:p>
    <w:p w14:paraId="06AF2DB5" w14:textId="77777777" w:rsidR="007A4155" w:rsidRDefault="007A4155" w:rsidP="007A4155">
      <w:pPr>
        <w:pStyle w:val="ListBullet"/>
        <w:numPr>
          <w:ilvl w:val="0"/>
          <w:numId w:val="1"/>
        </w:numPr>
      </w:pPr>
      <w:r>
        <w:t>Anderson Spickard – Dean, Thomas F. Frist Jr. College of Medicine</w:t>
      </w:r>
    </w:p>
    <w:p w14:paraId="319D21A0" w14:textId="77777777" w:rsidR="006E782B" w:rsidRDefault="006E782B" w:rsidP="006E782B">
      <w:pPr>
        <w:pStyle w:val="ListBullet"/>
        <w:numPr>
          <w:ilvl w:val="0"/>
          <w:numId w:val="1"/>
        </w:numPr>
      </w:pPr>
      <w:r>
        <w:t>Bryce Sullivan – Dean, College of Liberal Arts &amp; Social Sciences</w:t>
      </w:r>
    </w:p>
    <w:p w14:paraId="40A1063D" w14:textId="77777777" w:rsidR="005E2615" w:rsidRDefault="005E2615" w:rsidP="005E2615">
      <w:pPr>
        <w:pStyle w:val="ListBullet"/>
        <w:numPr>
          <w:ilvl w:val="0"/>
          <w:numId w:val="1"/>
        </w:numPr>
      </w:pPr>
      <w:r>
        <w:t>La Kiesha Armstrong – Vice Provost, Academic Excellence</w:t>
      </w:r>
    </w:p>
    <w:p w14:paraId="1369217D" w14:textId="77777777" w:rsidR="00BE3D5E" w:rsidRDefault="00BE3D5E" w:rsidP="00BE3D5E">
      <w:pPr>
        <w:pStyle w:val="ListBullet"/>
        <w:numPr>
          <w:ilvl w:val="1"/>
          <w:numId w:val="1"/>
        </w:numPr>
      </w:pPr>
      <w:r>
        <w:t>Ginger Bossier – University Registrar</w:t>
      </w:r>
    </w:p>
    <w:p w14:paraId="3074FF0B" w14:textId="50013CC7" w:rsidR="00BE3D5E" w:rsidRDefault="00BE3D5E" w:rsidP="00BE3D5E">
      <w:pPr>
        <w:pStyle w:val="ListBullet"/>
        <w:numPr>
          <w:ilvl w:val="1"/>
          <w:numId w:val="1"/>
        </w:numPr>
      </w:pPr>
      <w:r>
        <w:lastRenderedPageBreak/>
        <w:t>Carshonda Harris – Assistant Provost, Student Success &amp; Flourishing</w:t>
      </w:r>
    </w:p>
    <w:p w14:paraId="7B6F00DD" w14:textId="77777777" w:rsidR="00E84EC3" w:rsidRDefault="00E84EC3" w:rsidP="00E84EC3">
      <w:pPr>
        <w:pStyle w:val="ListBullet"/>
        <w:numPr>
          <w:ilvl w:val="0"/>
          <w:numId w:val="1"/>
        </w:numPr>
      </w:pPr>
      <w:r>
        <w:t>Erich Baker – Vice Provost, Research &amp; Strategic Initiatives</w:t>
      </w:r>
    </w:p>
    <w:p w14:paraId="6A824454" w14:textId="77777777" w:rsidR="00D76BF9" w:rsidRDefault="00D76BF9" w:rsidP="004373B1">
      <w:pPr>
        <w:pStyle w:val="ListBullet"/>
        <w:numPr>
          <w:ilvl w:val="1"/>
          <w:numId w:val="1"/>
        </w:numPr>
      </w:pPr>
      <w:r>
        <w:t>Patricia White – Associate Provost, Assessment &amp; Institutional Research</w:t>
      </w:r>
    </w:p>
    <w:p w14:paraId="4A911B7B" w14:textId="75291834" w:rsidR="00513721" w:rsidRDefault="00D76BF9" w:rsidP="00003822">
      <w:pPr>
        <w:pStyle w:val="ListBullet"/>
        <w:numPr>
          <w:ilvl w:val="1"/>
          <w:numId w:val="1"/>
        </w:numPr>
      </w:pPr>
      <w:r>
        <w:t xml:space="preserve">Sue </w:t>
      </w:r>
      <w:proofErr w:type="spellStart"/>
      <w:r>
        <w:t>Maszaros</w:t>
      </w:r>
      <w:proofErr w:type="spellEnd"/>
      <w:r>
        <w:t xml:space="preserve"> – University Librarian</w:t>
      </w:r>
    </w:p>
    <w:p w14:paraId="2FB55697" w14:textId="185C2413" w:rsidR="00FF6A91" w:rsidRDefault="00C63647" w:rsidP="00003822">
      <w:pPr>
        <w:pStyle w:val="ListBullet"/>
        <w:numPr>
          <w:ilvl w:val="1"/>
          <w:numId w:val="1"/>
        </w:numPr>
      </w:pPr>
      <w:r>
        <w:t xml:space="preserve">Belmont Data </w:t>
      </w:r>
      <w:r w:rsidR="00CE40B0">
        <w:t>&amp; AI Coll</w:t>
      </w:r>
      <w:r w:rsidR="007621EB">
        <w:t>abor</w:t>
      </w:r>
      <w:r w:rsidR="00EC102F">
        <w:t>ative</w:t>
      </w:r>
    </w:p>
    <w:p w14:paraId="45358FB7" w14:textId="6D87F61F" w:rsidR="00EC102F" w:rsidRDefault="00EC102F" w:rsidP="00003822">
      <w:pPr>
        <w:pStyle w:val="ListBullet"/>
        <w:numPr>
          <w:ilvl w:val="1"/>
          <w:numId w:val="1"/>
        </w:numPr>
      </w:pPr>
      <w:r>
        <w:t xml:space="preserve">Center for </w:t>
      </w:r>
      <w:r w:rsidR="00BD4FAB">
        <w:t>I</w:t>
      </w:r>
      <w:r w:rsidR="00981B6F">
        <w:t>nterprofessional</w:t>
      </w:r>
      <w:r w:rsidR="0023703A">
        <w:t xml:space="preserve"> E</w:t>
      </w:r>
      <w:r w:rsidR="006D413A">
        <w:t>ducation</w:t>
      </w:r>
      <w:r w:rsidR="00DD54A9">
        <w:t xml:space="preserve"> and Sim</w:t>
      </w:r>
      <w:r w:rsidR="00314B2B">
        <w:t>ulation</w:t>
      </w:r>
    </w:p>
    <w:p w14:paraId="32AE9347" w14:textId="196D3B89" w:rsidR="00F979A2" w:rsidRDefault="00F979A2" w:rsidP="00003822">
      <w:pPr>
        <w:pStyle w:val="ListBullet"/>
        <w:numPr>
          <w:ilvl w:val="1"/>
          <w:numId w:val="1"/>
        </w:numPr>
      </w:pPr>
      <w:r>
        <w:t>In</w:t>
      </w:r>
      <w:r w:rsidR="005560BD">
        <w:t>s</w:t>
      </w:r>
      <w:r w:rsidR="00447C79">
        <w:t>ti</w:t>
      </w:r>
      <w:r w:rsidR="00ED5A27">
        <w:t>tu</w:t>
      </w:r>
      <w:r w:rsidR="00B05804">
        <w:t>tion</w:t>
      </w:r>
      <w:r w:rsidR="00834200">
        <w:t>al Review Board</w:t>
      </w:r>
    </w:p>
    <w:p w14:paraId="246C14B2" w14:textId="085B3DCE" w:rsidR="0091098C" w:rsidRDefault="00533360" w:rsidP="00003822">
      <w:pPr>
        <w:pStyle w:val="ListBullet"/>
        <w:numPr>
          <w:ilvl w:val="1"/>
          <w:numId w:val="1"/>
        </w:numPr>
      </w:pPr>
      <w:r>
        <w:t>Li</w:t>
      </w:r>
      <w:r w:rsidR="00DE1DFA">
        <w:t>brary Services</w:t>
      </w:r>
    </w:p>
    <w:p w14:paraId="63557A6D" w14:textId="08E43C86" w:rsidR="00DE1DFA" w:rsidRDefault="00456CAE" w:rsidP="00003822">
      <w:pPr>
        <w:pStyle w:val="ListBullet"/>
        <w:numPr>
          <w:ilvl w:val="1"/>
          <w:numId w:val="1"/>
        </w:numPr>
      </w:pPr>
      <w:r>
        <w:t>Office of Spon</w:t>
      </w:r>
      <w:r w:rsidR="0023163E">
        <w:t>s</w:t>
      </w:r>
      <w:r w:rsidR="0034686F">
        <w:t>ored</w:t>
      </w:r>
      <w:r w:rsidR="00B95870">
        <w:t xml:space="preserve"> Programs</w:t>
      </w:r>
    </w:p>
    <w:p w14:paraId="636474ED" w14:textId="2F5ECFC5" w:rsidR="00761E41" w:rsidRDefault="00724027" w:rsidP="00E32A9E">
      <w:pPr>
        <w:pStyle w:val="ListBullet"/>
        <w:numPr>
          <w:ilvl w:val="0"/>
          <w:numId w:val="1"/>
        </w:numPr>
      </w:pPr>
      <w:r>
        <w:t>Chris Gage – VP, Enrollment</w:t>
      </w:r>
    </w:p>
    <w:p w14:paraId="643ABA5E" w14:textId="7241F161" w:rsidR="0061743F" w:rsidRDefault="000C478C" w:rsidP="000C478C">
      <w:pPr>
        <w:pStyle w:val="ListBullet"/>
        <w:numPr>
          <w:ilvl w:val="1"/>
          <w:numId w:val="1"/>
        </w:numPr>
      </w:pPr>
      <w:r>
        <w:t>Ad</w:t>
      </w:r>
      <w:r w:rsidR="00086AEC">
        <w:t>missions</w:t>
      </w:r>
    </w:p>
    <w:p w14:paraId="5C627303" w14:textId="3A9B43EB" w:rsidR="00D53EFE" w:rsidRDefault="00E271CC" w:rsidP="000C478C">
      <w:pPr>
        <w:pStyle w:val="ListBullet"/>
        <w:numPr>
          <w:ilvl w:val="1"/>
          <w:numId w:val="1"/>
        </w:numPr>
      </w:pPr>
      <w:r>
        <w:t>Student F</w:t>
      </w:r>
      <w:r w:rsidR="00335A3D">
        <w:t>in</w:t>
      </w:r>
      <w:r w:rsidR="00590ADF">
        <w:t>ancial Ser</w:t>
      </w:r>
      <w:r w:rsidR="0026337A">
        <w:t>vices</w:t>
      </w:r>
    </w:p>
    <w:p w14:paraId="4CF3071D" w14:textId="7E8830FE" w:rsidR="0094579E" w:rsidRDefault="00FA1EC5" w:rsidP="00761E41">
      <w:pPr>
        <w:pStyle w:val="ListBullet"/>
        <w:numPr>
          <w:ilvl w:val="0"/>
          <w:numId w:val="1"/>
        </w:numPr>
      </w:pPr>
      <w:r w:rsidRPr="00FA1EC5">
        <w:t>Ed Magee – VP</w:t>
      </w:r>
      <w:r w:rsidR="00BE3D5E">
        <w:t>,</w:t>
      </w:r>
      <w:r w:rsidRPr="00FA1EC5">
        <w:t xml:space="preserve"> Strategic Operations &amp; COO, Frist College of Medicine</w:t>
      </w:r>
    </w:p>
    <w:p w14:paraId="1643BCA2" w14:textId="77777777" w:rsidR="005A401F" w:rsidRDefault="005A401F" w:rsidP="005A401F">
      <w:pPr>
        <w:pStyle w:val="ListBullet"/>
        <w:numPr>
          <w:ilvl w:val="0"/>
          <w:numId w:val="1"/>
        </w:numPr>
      </w:pPr>
      <w:r>
        <w:t>Lakecia Hudson – Director of Operations for Academic Excellence</w:t>
      </w:r>
    </w:p>
    <w:p w14:paraId="324526F5" w14:textId="084D79B4" w:rsidR="0017002A" w:rsidRDefault="000C3960">
      <w:pPr>
        <w:pStyle w:val="Heading1"/>
      </w:pPr>
      <w:r>
        <w:t>Reporting to the EVP for</w:t>
      </w:r>
      <w:r w:rsidR="0038706E">
        <w:t xml:space="preserve"> </w:t>
      </w:r>
      <w:r w:rsidR="005C419C">
        <w:t>Administration &amp; Chief of Staff</w:t>
      </w:r>
      <w:r w:rsidR="008C5442">
        <w:t xml:space="preserve"> – Susan West</w:t>
      </w:r>
    </w:p>
    <w:p w14:paraId="23244991" w14:textId="42BCFC6D" w:rsidR="002201F3" w:rsidRDefault="00266F2C" w:rsidP="00266F2C">
      <w:pPr>
        <w:pStyle w:val="ListParagraph"/>
        <w:numPr>
          <w:ilvl w:val="0"/>
          <w:numId w:val="5"/>
        </w:numPr>
      </w:pPr>
      <w:r w:rsidRPr="00266F2C">
        <w:t>Hope Buckner – VP, Executive Communications &amp; Presidential Initiatives</w:t>
      </w:r>
    </w:p>
    <w:p w14:paraId="5678E4B6" w14:textId="0679FB4D" w:rsidR="008209F0" w:rsidRDefault="008209F0" w:rsidP="008209F0">
      <w:pPr>
        <w:pStyle w:val="ListParagraph"/>
        <w:numPr>
          <w:ilvl w:val="1"/>
          <w:numId w:val="5"/>
        </w:numPr>
      </w:pPr>
      <w:r>
        <w:t>Office of the President</w:t>
      </w:r>
    </w:p>
    <w:p w14:paraId="4E2B9440" w14:textId="77777777" w:rsidR="00E47E7A" w:rsidRDefault="005F00F4" w:rsidP="00E47E7A">
      <w:pPr>
        <w:pStyle w:val="ListParagraph"/>
        <w:numPr>
          <w:ilvl w:val="0"/>
          <w:numId w:val="5"/>
        </w:numPr>
      </w:pPr>
      <w:r w:rsidRPr="005F00F4">
        <w:t>Sarah Cates – VP, Imagination, Strategic Initiatives &amp; Partnerships</w:t>
      </w:r>
    </w:p>
    <w:p w14:paraId="3BB7B615" w14:textId="5D8BAB27" w:rsidR="00655D83" w:rsidRDefault="00655D83" w:rsidP="00655D83">
      <w:pPr>
        <w:pStyle w:val="ListParagraph"/>
        <w:numPr>
          <w:ilvl w:val="1"/>
          <w:numId w:val="5"/>
        </w:numPr>
      </w:pPr>
      <w:r>
        <w:t>Creative Arts Collective</w:t>
      </w:r>
    </w:p>
    <w:p w14:paraId="28DC43E9" w14:textId="7AE542E3" w:rsidR="00A05EA0" w:rsidRDefault="004F0C2B" w:rsidP="00E47E7A">
      <w:pPr>
        <w:pStyle w:val="ListParagraph"/>
        <w:numPr>
          <w:ilvl w:val="0"/>
          <w:numId w:val="5"/>
        </w:numPr>
      </w:pPr>
      <w:r>
        <w:t xml:space="preserve">Cleo Rucker – </w:t>
      </w:r>
      <w:r w:rsidR="00655D83">
        <w:t xml:space="preserve">VP &amp; </w:t>
      </w:r>
      <w:r>
        <w:t>Chief Human Resources Office</w:t>
      </w:r>
      <w:r w:rsidR="00251776">
        <w:t>r</w:t>
      </w:r>
    </w:p>
    <w:p w14:paraId="6B06113B" w14:textId="196419BE" w:rsidR="00655D83" w:rsidRDefault="00655D83" w:rsidP="00655D83">
      <w:pPr>
        <w:pStyle w:val="ListParagraph"/>
        <w:numPr>
          <w:ilvl w:val="1"/>
          <w:numId w:val="5"/>
        </w:numPr>
      </w:pPr>
      <w:r>
        <w:t>Title IX</w:t>
      </w:r>
    </w:p>
    <w:p w14:paraId="3F1F7B86" w14:textId="54B33AD8" w:rsidR="00A12E52" w:rsidRDefault="005C419C" w:rsidP="00A12E52">
      <w:pPr>
        <w:pStyle w:val="ListParagraph"/>
        <w:numPr>
          <w:ilvl w:val="0"/>
          <w:numId w:val="5"/>
        </w:numPr>
      </w:pPr>
      <w:r>
        <w:t>Will Ingram – VP &amp; C</w:t>
      </w:r>
      <w:r w:rsidR="00251776">
        <w:t>hief Information Officer</w:t>
      </w:r>
    </w:p>
    <w:p w14:paraId="26E7E74E" w14:textId="01883177" w:rsidR="00FA1C4B" w:rsidRDefault="00A12E52" w:rsidP="00D26B08">
      <w:pPr>
        <w:pStyle w:val="ListParagraph"/>
        <w:numPr>
          <w:ilvl w:val="1"/>
          <w:numId w:val="5"/>
        </w:numPr>
      </w:pPr>
      <w:r>
        <w:t>Ron Romano – AVP &amp; Deputy CIO</w:t>
      </w:r>
    </w:p>
    <w:p w14:paraId="4B1BABFA" w14:textId="4843F72D" w:rsidR="0097166C" w:rsidRDefault="00253FB4" w:rsidP="006A1708">
      <w:pPr>
        <w:pStyle w:val="ListParagraph"/>
        <w:numPr>
          <w:ilvl w:val="0"/>
          <w:numId w:val="5"/>
        </w:numPr>
      </w:pPr>
      <w:r>
        <w:t>Tamika Williams – VP</w:t>
      </w:r>
      <w:r w:rsidR="00251776">
        <w:t>,</w:t>
      </w:r>
      <w:r>
        <w:t xml:space="preserve"> Student Formation &amp; Dean of Students</w:t>
      </w:r>
    </w:p>
    <w:p w14:paraId="6B514F26" w14:textId="77777777" w:rsidR="00432946" w:rsidRDefault="005C419C" w:rsidP="00432946">
      <w:pPr>
        <w:pStyle w:val="ListParagraph"/>
        <w:numPr>
          <w:ilvl w:val="1"/>
          <w:numId w:val="5"/>
        </w:numPr>
      </w:pPr>
      <w:r>
        <w:t>Angie Bryant – Associate Dean, Student Wellbeing</w:t>
      </w:r>
    </w:p>
    <w:p w14:paraId="3A9EF028" w14:textId="59282B2F" w:rsidR="00A72700" w:rsidRDefault="00D93A3F" w:rsidP="007C29E9">
      <w:pPr>
        <w:pStyle w:val="ListParagraph"/>
        <w:numPr>
          <w:ilvl w:val="2"/>
          <w:numId w:val="5"/>
        </w:numPr>
      </w:pPr>
      <w:r>
        <w:t>Jamie</w:t>
      </w:r>
      <w:r w:rsidR="00BF0872">
        <w:t xml:space="preserve"> Ze</w:t>
      </w:r>
      <w:r w:rsidR="00A26D63">
        <w:t>ller</w:t>
      </w:r>
      <w:r w:rsidR="0042105E">
        <w:t xml:space="preserve"> </w:t>
      </w:r>
      <w:r w:rsidR="00D47540">
        <w:t>–</w:t>
      </w:r>
      <w:r w:rsidR="0042105E">
        <w:t xml:space="preserve"> A</w:t>
      </w:r>
      <w:r w:rsidR="003E784D">
        <w:t>ssi</w:t>
      </w:r>
      <w:r w:rsidR="00D47540">
        <w:t xml:space="preserve">stant </w:t>
      </w:r>
      <w:r w:rsidR="00591C89">
        <w:t>D</w:t>
      </w:r>
      <w:r w:rsidR="00D47540">
        <w:t>e</w:t>
      </w:r>
      <w:r w:rsidR="009248B0">
        <w:t xml:space="preserve">an, </w:t>
      </w:r>
      <w:r w:rsidR="007A3EC3">
        <w:t>Directo</w:t>
      </w:r>
      <w:r w:rsidR="004337EC">
        <w:t xml:space="preserve">r of </w:t>
      </w:r>
      <w:r w:rsidR="00421D2A">
        <w:t>C</w:t>
      </w:r>
      <w:r w:rsidR="003229F0">
        <w:t>ampus</w:t>
      </w:r>
      <w:r w:rsidR="0022443D">
        <w:t xml:space="preserve"> Fitness &amp; Re</w:t>
      </w:r>
      <w:r w:rsidR="006C2C10">
        <w:t>cre</w:t>
      </w:r>
      <w:r w:rsidR="00D62F59">
        <w:t>ation</w:t>
      </w:r>
    </w:p>
    <w:p w14:paraId="0448E0E1" w14:textId="515D3710" w:rsidR="00B36BAA" w:rsidRDefault="00B36BAA" w:rsidP="00B36BAA">
      <w:pPr>
        <w:pStyle w:val="ListParagraph"/>
        <w:numPr>
          <w:ilvl w:val="1"/>
          <w:numId w:val="5"/>
        </w:numPr>
      </w:pPr>
      <w:r>
        <w:t>Breanna McKnight – Assistant Dean &amp; Director of Residence Life</w:t>
      </w:r>
    </w:p>
    <w:p w14:paraId="24C38548" w14:textId="0D189CED" w:rsidR="00432946" w:rsidRDefault="005C419C" w:rsidP="00432946">
      <w:pPr>
        <w:pStyle w:val="ListParagraph"/>
        <w:numPr>
          <w:ilvl w:val="1"/>
          <w:numId w:val="5"/>
        </w:numPr>
      </w:pPr>
      <w:r>
        <w:t>Adrianne Sternberg – Associate Dean, Leadership &amp; Engagement</w:t>
      </w:r>
    </w:p>
    <w:p w14:paraId="32E9BC6D" w14:textId="4AFE7875" w:rsidR="00011DE5" w:rsidRDefault="005C419C" w:rsidP="00A72700">
      <w:pPr>
        <w:pStyle w:val="ListParagraph"/>
        <w:numPr>
          <w:ilvl w:val="1"/>
          <w:numId w:val="5"/>
        </w:numPr>
      </w:pPr>
      <w:r>
        <w:t>Ryan Holt – Assistant Dean, Transformative Experiences</w:t>
      </w:r>
    </w:p>
    <w:p w14:paraId="583AD65A" w14:textId="74684C72" w:rsidR="00166EEE" w:rsidRDefault="003D3DE5" w:rsidP="00A72700">
      <w:pPr>
        <w:pStyle w:val="ListParagraph"/>
        <w:numPr>
          <w:ilvl w:val="1"/>
          <w:numId w:val="5"/>
        </w:numPr>
      </w:pPr>
      <w:r>
        <w:t xml:space="preserve">Dean </w:t>
      </w:r>
      <w:r w:rsidR="00AC1398">
        <w:t xml:space="preserve">of Students </w:t>
      </w:r>
      <w:r w:rsidR="00143115">
        <w:t>O</w:t>
      </w:r>
      <w:r w:rsidR="00AC1398">
        <w:t>ffice</w:t>
      </w:r>
    </w:p>
    <w:p w14:paraId="794E3B45" w14:textId="602DCDBE" w:rsidR="0017002A" w:rsidRDefault="00D230D8">
      <w:pPr>
        <w:pStyle w:val="Heading1"/>
      </w:pPr>
      <w:r>
        <w:t xml:space="preserve">Reporting to the </w:t>
      </w:r>
      <w:r w:rsidR="00143F50">
        <w:t>VP</w:t>
      </w:r>
      <w:r w:rsidR="0001445E">
        <w:t xml:space="preserve"> </w:t>
      </w:r>
      <w:r w:rsidR="004E4A6F">
        <w:t xml:space="preserve">&amp; </w:t>
      </w:r>
      <w:r w:rsidR="005C419C">
        <w:t>Athletics</w:t>
      </w:r>
      <w:r w:rsidR="004E4A6F">
        <w:t xml:space="preserve"> Director</w:t>
      </w:r>
      <w:r w:rsidR="003E1BDC">
        <w:t xml:space="preserve"> </w:t>
      </w:r>
      <w:r w:rsidR="00234F83">
        <w:t>–</w:t>
      </w:r>
      <w:r w:rsidR="003E1BDC">
        <w:t xml:space="preserve"> </w:t>
      </w:r>
      <w:r w:rsidR="00234F83">
        <w:t>Scott Co</w:t>
      </w:r>
      <w:r w:rsidR="00C51DC1">
        <w:t>r</w:t>
      </w:r>
      <w:r w:rsidR="006828E7">
        <w:t>ley</w:t>
      </w:r>
    </w:p>
    <w:p w14:paraId="2F917F45" w14:textId="77777777" w:rsidR="00E179E4" w:rsidRDefault="005C419C" w:rsidP="00E179E4">
      <w:pPr>
        <w:pStyle w:val="ListBullet"/>
        <w:numPr>
          <w:ilvl w:val="0"/>
          <w:numId w:val="7"/>
        </w:numPr>
      </w:pPr>
      <w:r>
        <w:t>Renee Schultz – Senior Associate AD, Student-Athlete Success</w:t>
      </w:r>
    </w:p>
    <w:p w14:paraId="27F71502" w14:textId="48A1DF70" w:rsidR="00946460" w:rsidRDefault="00946460" w:rsidP="00946460">
      <w:pPr>
        <w:pStyle w:val="ListBullet"/>
        <w:numPr>
          <w:ilvl w:val="0"/>
          <w:numId w:val="7"/>
        </w:numPr>
      </w:pPr>
      <w:r>
        <w:t>Josh Ward – Senior Associate AD, External Engagement</w:t>
      </w:r>
    </w:p>
    <w:p w14:paraId="779F30FB" w14:textId="1267821C" w:rsidR="00824DCA" w:rsidRDefault="005C419C" w:rsidP="00824DCA">
      <w:pPr>
        <w:pStyle w:val="ListBullet"/>
        <w:numPr>
          <w:ilvl w:val="0"/>
          <w:numId w:val="7"/>
        </w:numPr>
      </w:pPr>
      <w:r>
        <w:t>James Woody – Senior Associate AD, Administration</w:t>
      </w:r>
    </w:p>
    <w:p w14:paraId="416F14EC" w14:textId="3C3021FB" w:rsidR="00824DCA" w:rsidRDefault="00817400" w:rsidP="00824DCA">
      <w:pPr>
        <w:pStyle w:val="ListBullet"/>
        <w:numPr>
          <w:ilvl w:val="0"/>
          <w:numId w:val="7"/>
        </w:numPr>
      </w:pPr>
      <w:r>
        <w:t>Team Co</w:t>
      </w:r>
      <w:r w:rsidR="007F758D">
        <w:t>aches</w:t>
      </w:r>
    </w:p>
    <w:p w14:paraId="6D270CFE" w14:textId="4D9AA9C0" w:rsidR="00CE613F" w:rsidRDefault="00CE613F" w:rsidP="00CE613F">
      <w:pPr>
        <w:pStyle w:val="Heading1"/>
      </w:pPr>
      <w:r>
        <w:lastRenderedPageBreak/>
        <w:t xml:space="preserve">Reporting to the </w:t>
      </w:r>
      <w:r w:rsidR="00B72674">
        <w:t>V</w:t>
      </w:r>
      <w:r w:rsidR="00C13AA3">
        <w:t>P</w:t>
      </w:r>
      <w:r w:rsidR="00FE1A7A">
        <w:t xml:space="preserve"> of Whole Per</w:t>
      </w:r>
      <w:r w:rsidR="00C92689">
        <w:t xml:space="preserve">son Formation </w:t>
      </w:r>
      <w:r w:rsidR="00CF210B">
        <w:t>&amp; Leader</w:t>
      </w:r>
      <w:r w:rsidR="002434EF">
        <w:t>ship Develop</w:t>
      </w:r>
      <w:r w:rsidR="00463B66">
        <w:t>ment</w:t>
      </w:r>
      <w:r w:rsidR="00AD552A">
        <w:t xml:space="preserve"> </w:t>
      </w:r>
      <w:r w:rsidR="0088654F">
        <w:t>–</w:t>
      </w:r>
      <w:r w:rsidR="00AD552A">
        <w:t xml:space="preserve"> Nath</w:t>
      </w:r>
      <w:r w:rsidR="008C556C">
        <w:t>an</w:t>
      </w:r>
      <w:r w:rsidR="0088654F">
        <w:t xml:space="preserve"> Webb</w:t>
      </w:r>
    </w:p>
    <w:p w14:paraId="472A5754" w14:textId="77777777" w:rsidR="0013674D" w:rsidRDefault="00627168" w:rsidP="0013674D">
      <w:pPr>
        <w:pStyle w:val="ListBullet"/>
        <w:numPr>
          <w:ilvl w:val="0"/>
          <w:numId w:val="13"/>
        </w:numPr>
      </w:pPr>
      <w:r>
        <w:t>Belmont Formation</w:t>
      </w:r>
      <w:r w:rsidR="0098649A">
        <w:t xml:space="preserve"> C</w:t>
      </w:r>
      <w:r w:rsidR="00BA7459">
        <w:t>oll</w:t>
      </w:r>
      <w:r w:rsidR="00DE5788">
        <w:t>ab</w:t>
      </w:r>
      <w:r w:rsidR="00A92244">
        <w:t>orative</w:t>
      </w:r>
    </w:p>
    <w:p w14:paraId="56BBA4C7" w14:textId="77777777" w:rsidR="0013674D" w:rsidRDefault="00CD0998" w:rsidP="0013674D">
      <w:pPr>
        <w:pStyle w:val="ListBullet"/>
        <w:numPr>
          <w:ilvl w:val="0"/>
          <w:numId w:val="13"/>
        </w:numPr>
      </w:pPr>
      <w:r>
        <w:t>B</w:t>
      </w:r>
      <w:r w:rsidR="001F5789">
        <w:t>ELL</w:t>
      </w:r>
      <w:r w:rsidR="00293D7F">
        <w:t xml:space="preserve"> Core</w:t>
      </w:r>
      <w:r w:rsidR="000B6429">
        <w:t>/</w:t>
      </w:r>
      <w:r w:rsidR="00F53372">
        <w:t>W</w:t>
      </w:r>
      <w:r w:rsidR="00362D44">
        <w:t>ELL Core</w:t>
      </w:r>
    </w:p>
    <w:p w14:paraId="106264ED" w14:textId="77777777" w:rsidR="0013674D" w:rsidRDefault="00122C17" w:rsidP="0013674D">
      <w:pPr>
        <w:pStyle w:val="ListBullet"/>
        <w:numPr>
          <w:ilvl w:val="0"/>
          <w:numId w:val="13"/>
        </w:numPr>
      </w:pPr>
      <w:r>
        <w:t>T</w:t>
      </w:r>
      <w:r w:rsidR="002F78BE">
        <w:t>eaching</w:t>
      </w:r>
      <w:r w:rsidR="00D55287">
        <w:t xml:space="preserve"> Center</w:t>
      </w:r>
    </w:p>
    <w:p w14:paraId="41956E1A" w14:textId="77777777" w:rsidR="0013674D" w:rsidRDefault="00881135" w:rsidP="0013674D">
      <w:pPr>
        <w:pStyle w:val="ListBullet"/>
        <w:numPr>
          <w:ilvl w:val="0"/>
          <w:numId w:val="13"/>
        </w:numPr>
      </w:pPr>
      <w:r>
        <w:t>Comm</w:t>
      </w:r>
      <w:r w:rsidR="00400C7D">
        <w:t>u</w:t>
      </w:r>
      <w:r w:rsidR="00873915">
        <w:t>nity</w:t>
      </w:r>
      <w:r w:rsidR="00B00BAC">
        <w:t>-En</w:t>
      </w:r>
      <w:r w:rsidR="00A41986">
        <w:t>gag</w:t>
      </w:r>
      <w:r w:rsidR="008E2650">
        <w:t>ed Servic</w:t>
      </w:r>
      <w:r w:rsidR="00391CFC">
        <w:t>e Learning</w:t>
      </w:r>
    </w:p>
    <w:p w14:paraId="23FB85DA" w14:textId="77777777" w:rsidR="0013674D" w:rsidRDefault="00AF23DF" w:rsidP="0013674D">
      <w:pPr>
        <w:pStyle w:val="ListBullet"/>
        <w:numPr>
          <w:ilvl w:val="0"/>
          <w:numId w:val="13"/>
        </w:numPr>
      </w:pPr>
      <w:r>
        <w:t>Employ</w:t>
      </w:r>
      <w:r w:rsidR="003050D1">
        <w:t>ee</w:t>
      </w:r>
      <w:r w:rsidR="00BE3B7C">
        <w:t xml:space="preserve"> Leadership Development</w:t>
      </w:r>
    </w:p>
    <w:p w14:paraId="6A014907" w14:textId="79EB6545" w:rsidR="005E5127" w:rsidRDefault="00811AE2" w:rsidP="007B2883">
      <w:pPr>
        <w:pStyle w:val="ListBullet"/>
        <w:numPr>
          <w:ilvl w:val="0"/>
          <w:numId w:val="13"/>
        </w:numPr>
      </w:pPr>
      <w:r>
        <w:t>Fo</w:t>
      </w:r>
      <w:r w:rsidR="00783B98">
        <w:t xml:space="preserve">rmation </w:t>
      </w:r>
      <w:r w:rsidR="00EE1A87">
        <w:t>Re</w:t>
      </w:r>
      <w:r w:rsidR="007E629F">
        <w:t>search</w:t>
      </w:r>
    </w:p>
    <w:p w14:paraId="6DCD7D5F" w14:textId="3CE3DE19" w:rsidR="005060F9" w:rsidRDefault="005060F9" w:rsidP="005060F9">
      <w:pPr>
        <w:pStyle w:val="Heading1"/>
      </w:pPr>
      <w:r>
        <w:t xml:space="preserve">Reporting to the </w:t>
      </w:r>
      <w:r w:rsidR="009A55FE" w:rsidRPr="009A55FE">
        <w:t xml:space="preserve">Chief Strategy Officer </w:t>
      </w:r>
      <w:r w:rsidR="00273D1E">
        <w:t>– Josh Yates</w:t>
      </w:r>
    </w:p>
    <w:p w14:paraId="789EEB5F" w14:textId="4C9A2998" w:rsidR="007B2883" w:rsidRDefault="007B2883" w:rsidP="00D0551C">
      <w:pPr>
        <w:pStyle w:val="ListBullet"/>
        <w:numPr>
          <w:ilvl w:val="0"/>
          <w:numId w:val="17"/>
        </w:numPr>
      </w:pPr>
      <w:r>
        <w:t>Julie Honey – VP for Hea</w:t>
      </w:r>
      <w:r w:rsidR="00991280">
        <w:t>lth Ecosystem</w:t>
      </w:r>
    </w:p>
    <w:p w14:paraId="4D413E9A" w14:textId="78EF2AD7" w:rsidR="00991280" w:rsidRDefault="00991280" w:rsidP="00991280">
      <w:pPr>
        <w:pStyle w:val="ListBullet"/>
        <w:numPr>
          <w:ilvl w:val="0"/>
          <w:numId w:val="17"/>
        </w:numPr>
      </w:pPr>
      <w:r>
        <w:t>TBD - Culture, Arts &amp; Entertainment Ecosystem</w:t>
      </w:r>
    </w:p>
    <w:p w14:paraId="08EB6521" w14:textId="76AD70D6" w:rsidR="00991280" w:rsidRDefault="00991280" w:rsidP="00E76011">
      <w:pPr>
        <w:pStyle w:val="ListBullet"/>
        <w:numPr>
          <w:ilvl w:val="0"/>
          <w:numId w:val="17"/>
        </w:numPr>
      </w:pPr>
      <w:r>
        <w:t xml:space="preserve">TBD - </w:t>
      </w:r>
      <w:r w:rsidR="00E76011">
        <w:t>Community &amp; Organizational Flourishing Ecosystem</w:t>
      </w:r>
    </w:p>
    <w:p w14:paraId="70D721FE" w14:textId="1777BA4C" w:rsidR="00E76011" w:rsidRDefault="00E76011" w:rsidP="001B5154">
      <w:pPr>
        <w:pStyle w:val="ListBullet"/>
        <w:numPr>
          <w:ilvl w:val="0"/>
          <w:numId w:val="17"/>
        </w:numPr>
      </w:pPr>
      <w:r>
        <w:t>Cate McLean</w:t>
      </w:r>
      <w:r w:rsidR="006C276F">
        <w:t>e</w:t>
      </w:r>
      <w:r>
        <w:t xml:space="preserve"> </w:t>
      </w:r>
      <w:r w:rsidR="001B5154">
        <w:t>– AVP</w:t>
      </w:r>
      <w:r>
        <w:t xml:space="preserve">, </w:t>
      </w:r>
      <w:r w:rsidR="001B5154">
        <w:t>Innovation &amp; Executive Director, Belmont Innovation Labs</w:t>
      </w:r>
    </w:p>
    <w:p w14:paraId="64059598" w14:textId="6E7B5DE8" w:rsidR="001B5154" w:rsidRDefault="001B5154" w:rsidP="00CE4368">
      <w:pPr>
        <w:pStyle w:val="ListBullet"/>
        <w:numPr>
          <w:ilvl w:val="0"/>
          <w:numId w:val="17"/>
        </w:numPr>
      </w:pPr>
      <w:r>
        <w:t xml:space="preserve">Paula Gill – VP, </w:t>
      </w:r>
      <w:r w:rsidR="00CE4368">
        <w:t>Educational Innovation</w:t>
      </w:r>
    </w:p>
    <w:p w14:paraId="60512385" w14:textId="2AF1D492" w:rsidR="00C5481A" w:rsidRDefault="001B6043" w:rsidP="00794B2E">
      <w:pPr>
        <w:pStyle w:val="ListBullet"/>
        <w:numPr>
          <w:ilvl w:val="0"/>
          <w:numId w:val="17"/>
        </w:numPr>
      </w:pPr>
      <w:r>
        <w:t>Larkin</w:t>
      </w:r>
      <w:r w:rsidR="00344778">
        <w:t xml:space="preserve"> B</w:t>
      </w:r>
      <w:r w:rsidR="00776F7C">
        <w:t>r</w:t>
      </w:r>
      <w:r w:rsidR="00190818">
        <w:t>il</w:t>
      </w:r>
      <w:r w:rsidR="00DB5DA3">
        <w:t>ey</w:t>
      </w:r>
      <w:r w:rsidR="003F73B0">
        <w:t xml:space="preserve"> </w:t>
      </w:r>
      <w:r w:rsidR="002566C8">
        <w:t>–</w:t>
      </w:r>
      <w:r w:rsidR="003F73B0">
        <w:t xml:space="preserve"> A</w:t>
      </w:r>
      <w:r w:rsidR="00235EA9">
        <w:t>VP</w:t>
      </w:r>
      <w:r w:rsidR="009F3B7D">
        <w:t xml:space="preserve">, </w:t>
      </w:r>
      <w:r w:rsidR="00CE4368">
        <w:t>Strategy &amp; Organizational Excellence</w:t>
      </w:r>
    </w:p>
    <w:p w14:paraId="3D5874CF" w14:textId="4C25C707" w:rsidR="00DF004D" w:rsidRDefault="002E3D81" w:rsidP="00DF004D">
      <w:pPr>
        <w:pStyle w:val="Heading1"/>
      </w:pPr>
      <w:r>
        <w:t xml:space="preserve">Reporting to the </w:t>
      </w:r>
      <w:r w:rsidR="002B7C8F">
        <w:t xml:space="preserve">Chief </w:t>
      </w:r>
      <w:r w:rsidR="00875C91">
        <w:t>O</w:t>
      </w:r>
      <w:r w:rsidR="00DA4ED3">
        <w:t>ff</w:t>
      </w:r>
      <w:r w:rsidR="00A95A04">
        <w:t>i</w:t>
      </w:r>
      <w:r w:rsidR="00951456">
        <w:t>cer</w:t>
      </w:r>
      <w:r>
        <w:t xml:space="preserve"> for </w:t>
      </w:r>
      <w:r w:rsidR="00DF004D">
        <w:t>Missional Initiatives</w:t>
      </w:r>
      <w:r w:rsidR="00B233EC">
        <w:t xml:space="preserve"> </w:t>
      </w:r>
      <w:r w:rsidR="002B7949">
        <w:t>–</w:t>
      </w:r>
      <w:r w:rsidR="00B233EC">
        <w:t xml:space="preserve"> </w:t>
      </w:r>
      <w:r w:rsidR="00AE0EDC">
        <w:t>Joh</w:t>
      </w:r>
      <w:r w:rsidR="002B7949">
        <w:t>n Wi</w:t>
      </w:r>
      <w:r w:rsidR="00D05CD5">
        <w:t>t</w:t>
      </w:r>
      <w:r w:rsidR="001603DA">
        <w:t>v</w:t>
      </w:r>
      <w:r w:rsidR="00905396">
        <w:t>liet</w:t>
      </w:r>
    </w:p>
    <w:p w14:paraId="454037CB" w14:textId="77777777" w:rsidR="00DC7017" w:rsidRDefault="00DF004D" w:rsidP="00DC7017">
      <w:pPr>
        <w:pStyle w:val="ListBullet"/>
        <w:numPr>
          <w:ilvl w:val="0"/>
          <w:numId w:val="3"/>
        </w:numPr>
      </w:pPr>
      <w:r>
        <w:t>D’Angelo Taylor – VP Hope, Unity &amp; Belonging</w:t>
      </w:r>
    </w:p>
    <w:p w14:paraId="3B9117F6" w14:textId="3BAE9B0F" w:rsidR="00DC7017" w:rsidRDefault="00DC7017" w:rsidP="00DC7017">
      <w:pPr>
        <w:pStyle w:val="ListBullet"/>
        <w:numPr>
          <w:ilvl w:val="0"/>
          <w:numId w:val="3"/>
        </w:numPr>
      </w:pPr>
      <w:r>
        <w:t>Jon Roebuck – Executive Director, Curb Center for Faith Leadership</w:t>
      </w:r>
    </w:p>
    <w:p w14:paraId="62EFEC5F" w14:textId="6BB93773" w:rsidR="00DC7017" w:rsidRDefault="00DF004D" w:rsidP="00DC7017">
      <w:pPr>
        <w:pStyle w:val="ListBullet"/>
        <w:numPr>
          <w:ilvl w:val="0"/>
          <w:numId w:val="3"/>
        </w:numPr>
      </w:pPr>
      <w:r>
        <w:t>Todd Lake – VP Faith-Based Engagement &amp; Church Relations</w:t>
      </w:r>
    </w:p>
    <w:p w14:paraId="6EAC6266" w14:textId="344FA308" w:rsidR="00DC7017" w:rsidRDefault="00476F5E" w:rsidP="00DC7017">
      <w:pPr>
        <w:pStyle w:val="ListBullet"/>
        <w:numPr>
          <w:ilvl w:val="0"/>
          <w:numId w:val="3"/>
        </w:numPr>
      </w:pPr>
      <w:r>
        <w:t>University Mi</w:t>
      </w:r>
      <w:r w:rsidR="00CA760C">
        <w:t>nist</w:t>
      </w:r>
      <w:r w:rsidR="00371AAD">
        <w:t>ries</w:t>
      </w:r>
    </w:p>
    <w:p w14:paraId="4CC3DC1D" w14:textId="34DF1EC6" w:rsidR="004B7DA7" w:rsidRDefault="004B7DA7" w:rsidP="00FE2300">
      <w:pPr>
        <w:pStyle w:val="ListBullet"/>
        <w:numPr>
          <w:ilvl w:val="0"/>
          <w:numId w:val="0"/>
        </w:numPr>
        <w:ind w:left="360" w:hanging="360"/>
      </w:pPr>
    </w:p>
    <w:sectPr w:rsidR="004B7D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33220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CE4EF3"/>
    <w:multiLevelType w:val="hybridMultilevel"/>
    <w:tmpl w:val="F3D82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38A9F"/>
    <w:multiLevelType w:val="hybridMultilevel"/>
    <w:tmpl w:val="FFFFFFFF"/>
    <w:lvl w:ilvl="0" w:tplc="C2C46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A65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0EE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C43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82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8E4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82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C0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66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4C6E0"/>
    <w:multiLevelType w:val="hybridMultilevel"/>
    <w:tmpl w:val="FFFFFFFF"/>
    <w:lvl w:ilvl="0" w:tplc="E0465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4A8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A46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AF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EB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8A0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01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E46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66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72E56"/>
    <w:multiLevelType w:val="hybridMultilevel"/>
    <w:tmpl w:val="FFFFFFFF"/>
    <w:lvl w:ilvl="0" w:tplc="59C8D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27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069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721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0C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20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8B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AE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041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B5672"/>
    <w:multiLevelType w:val="hybridMultilevel"/>
    <w:tmpl w:val="2354C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4CD"/>
    <w:multiLevelType w:val="hybridMultilevel"/>
    <w:tmpl w:val="D252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8004B"/>
    <w:multiLevelType w:val="hybridMultilevel"/>
    <w:tmpl w:val="BD3C2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B6E96"/>
    <w:multiLevelType w:val="hybridMultilevel"/>
    <w:tmpl w:val="7228F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33317"/>
    <w:multiLevelType w:val="hybridMultilevel"/>
    <w:tmpl w:val="6B728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E693C"/>
    <w:multiLevelType w:val="hybridMultilevel"/>
    <w:tmpl w:val="6C16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7748B"/>
    <w:multiLevelType w:val="hybridMultilevel"/>
    <w:tmpl w:val="7848F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F45F1"/>
    <w:multiLevelType w:val="hybridMultilevel"/>
    <w:tmpl w:val="FFFFFFFF"/>
    <w:lvl w:ilvl="0" w:tplc="FE5CC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825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20D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21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09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4E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05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6B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282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37A9E"/>
    <w:multiLevelType w:val="hybridMultilevel"/>
    <w:tmpl w:val="B39C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42330"/>
    <w:multiLevelType w:val="hybridMultilevel"/>
    <w:tmpl w:val="388C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91840"/>
    <w:multiLevelType w:val="hybridMultilevel"/>
    <w:tmpl w:val="FE105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012254">
    <w:abstractNumId w:val="15"/>
  </w:num>
  <w:num w:numId="2" w16cid:durableId="1238785062">
    <w:abstractNumId w:val="3"/>
  </w:num>
  <w:num w:numId="3" w16cid:durableId="124274120">
    <w:abstractNumId w:val="19"/>
  </w:num>
  <w:num w:numId="4" w16cid:durableId="125316445">
    <w:abstractNumId w:val="7"/>
  </w:num>
  <w:num w:numId="5" w16cid:durableId="1283264420">
    <w:abstractNumId w:val="17"/>
  </w:num>
  <w:num w:numId="6" w16cid:durableId="1348944596">
    <w:abstractNumId w:val="8"/>
  </w:num>
  <w:num w:numId="7" w16cid:durableId="1437367823">
    <w:abstractNumId w:val="23"/>
  </w:num>
  <w:num w:numId="8" w16cid:durableId="1444500812">
    <w:abstractNumId w:val="4"/>
  </w:num>
  <w:num w:numId="9" w16cid:durableId="1496215568">
    <w:abstractNumId w:val="22"/>
  </w:num>
  <w:num w:numId="10" w16cid:durableId="1598558277">
    <w:abstractNumId w:val="21"/>
  </w:num>
  <w:num w:numId="11" w16cid:durableId="1638026269">
    <w:abstractNumId w:val="16"/>
  </w:num>
  <w:num w:numId="12" w16cid:durableId="1664308653">
    <w:abstractNumId w:val="1"/>
  </w:num>
  <w:num w:numId="13" w16cid:durableId="1984191999">
    <w:abstractNumId w:val="14"/>
  </w:num>
  <w:num w:numId="14" w16cid:durableId="2006087065">
    <w:abstractNumId w:val="18"/>
  </w:num>
  <w:num w:numId="15" w16cid:durableId="2138328379">
    <w:abstractNumId w:val="10"/>
  </w:num>
  <w:num w:numId="16" w16cid:durableId="263074284">
    <w:abstractNumId w:val="12"/>
  </w:num>
  <w:num w:numId="17" w16cid:durableId="320472108">
    <w:abstractNumId w:val="13"/>
  </w:num>
  <w:num w:numId="18" w16cid:durableId="43217061">
    <w:abstractNumId w:val="20"/>
  </w:num>
  <w:num w:numId="19" w16cid:durableId="438525319">
    <w:abstractNumId w:val="5"/>
  </w:num>
  <w:num w:numId="20" w16cid:durableId="448473321">
    <w:abstractNumId w:val="6"/>
  </w:num>
  <w:num w:numId="21" w16cid:durableId="664627846">
    <w:abstractNumId w:val="2"/>
  </w:num>
  <w:num w:numId="22" w16cid:durableId="787042242">
    <w:abstractNumId w:val="9"/>
  </w:num>
  <w:num w:numId="23" w16cid:durableId="947277910">
    <w:abstractNumId w:val="11"/>
  </w:num>
  <w:num w:numId="24" w16cid:durableId="9970768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C7B"/>
    <w:rsid w:val="00003822"/>
    <w:rsid w:val="00007B0D"/>
    <w:rsid w:val="00011DE5"/>
    <w:rsid w:val="0001445E"/>
    <w:rsid w:val="00023646"/>
    <w:rsid w:val="00034616"/>
    <w:rsid w:val="000507D5"/>
    <w:rsid w:val="0006063C"/>
    <w:rsid w:val="000705AA"/>
    <w:rsid w:val="00086AEC"/>
    <w:rsid w:val="000910D7"/>
    <w:rsid w:val="000940E1"/>
    <w:rsid w:val="000A7067"/>
    <w:rsid w:val="000B4F72"/>
    <w:rsid w:val="000B6429"/>
    <w:rsid w:val="000C3960"/>
    <w:rsid w:val="000C478C"/>
    <w:rsid w:val="000E631C"/>
    <w:rsid w:val="000F4F4F"/>
    <w:rsid w:val="00105BCF"/>
    <w:rsid w:val="00114B1D"/>
    <w:rsid w:val="00122C17"/>
    <w:rsid w:val="0013056F"/>
    <w:rsid w:val="001316D0"/>
    <w:rsid w:val="0013674D"/>
    <w:rsid w:val="00143115"/>
    <w:rsid w:val="00143F50"/>
    <w:rsid w:val="0015074B"/>
    <w:rsid w:val="001603DA"/>
    <w:rsid w:val="001651CD"/>
    <w:rsid w:val="00166EEE"/>
    <w:rsid w:val="0017002A"/>
    <w:rsid w:val="00177D32"/>
    <w:rsid w:val="0018001C"/>
    <w:rsid w:val="00190818"/>
    <w:rsid w:val="00194EDC"/>
    <w:rsid w:val="001975BA"/>
    <w:rsid w:val="001B5154"/>
    <w:rsid w:val="001B6043"/>
    <w:rsid w:val="001B634F"/>
    <w:rsid w:val="001C1B06"/>
    <w:rsid w:val="001D068F"/>
    <w:rsid w:val="001D1054"/>
    <w:rsid w:val="001F37FE"/>
    <w:rsid w:val="001F5789"/>
    <w:rsid w:val="002018BA"/>
    <w:rsid w:val="002037D4"/>
    <w:rsid w:val="0021012D"/>
    <w:rsid w:val="002201F3"/>
    <w:rsid w:val="0022443D"/>
    <w:rsid w:val="0023163E"/>
    <w:rsid w:val="002341CC"/>
    <w:rsid w:val="00234F83"/>
    <w:rsid w:val="00235EA9"/>
    <w:rsid w:val="0023703A"/>
    <w:rsid w:val="0024172C"/>
    <w:rsid w:val="002434EF"/>
    <w:rsid w:val="00251776"/>
    <w:rsid w:val="00253FB4"/>
    <w:rsid w:val="002566C8"/>
    <w:rsid w:val="0025795F"/>
    <w:rsid w:val="00262DFA"/>
    <w:rsid w:val="0026337A"/>
    <w:rsid w:val="00266F2C"/>
    <w:rsid w:val="00273D1E"/>
    <w:rsid w:val="00277AF0"/>
    <w:rsid w:val="00280292"/>
    <w:rsid w:val="00283F2B"/>
    <w:rsid w:val="0029145F"/>
    <w:rsid w:val="00293D7F"/>
    <w:rsid w:val="0029639D"/>
    <w:rsid w:val="002A2FE2"/>
    <w:rsid w:val="002B5BFE"/>
    <w:rsid w:val="002B7949"/>
    <w:rsid w:val="002B7C8F"/>
    <w:rsid w:val="002C0E9F"/>
    <w:rsid w:val="002C494F"/>
    <w:rsid w:val="002E3D81"/>
    <w:rsid w:val="002F4F01"/>
    <w:rsid w:val="002F7527"/>
    <w:rsid w:val="002F78BE"/>
    <w:rsid w:val="0030278A"/>
    <w:rsid w:val="003050D1"/>
    <w:rsid w:val="00310B90"/>
    <w:rsid w:val="00312DD8"/>
    <w:rsid w:val="00314B2B"/>
    <w:rsid w:val="0031581D"/>
    <w:rsid w:val="003229F0"/>
    <w:rsid w:val="003235C3"/>
    <w:rsid w:val="00326F90"/>
    <w:rsid w:val="00330E00"/>
    <w:rsid w:val="00333561"/>
    <w:rsid w:val="00335A3D"/>
    <w:rsid w:val="0033772E"/>
    <w:rsid w:val="00344778"/>
    <w:rsid w:val="0034686F"/>
    <w:rsid w:val="0034786B"/>
    <w:rsid w:val="00362D44"/>
    <w:rsid w:val="0036589D"/>
    <w:rsid w:val="00371AAD"/>
    <w:rsid w:val="00385800"/>
    <w:rsid w:val="0038706E"/>
    <w:rsid w:val="00391CFC"/>
    <w:rsid w:val="003A4D6F"/>
    <w:rsid w:val="003B58A7"/>
    <w:rsid w:val="003C06CC"/>
    <w:rsid w:val="003C786D"/>
    <w:rsid w:val="003D3DE5"/>
    <w:rsid w:val="003D47D9"/>
    <w:rsid w:val="003E1BDC"/>
    <w:rsid w:val="003E784D"/>
    <w:rsid w:val="003F73B0"/>
    <w:rsid w:val="00400C7D"/>
    <w:rsid w:val="00402D2C"/>
    <w:rsid w:val="004140CA"/>
    <w:rsid w:val="0042105E"/>
    <w:rsid w:val="00421D2A"/>
    <w:rsid w:val="00424658"/>
    <w:rsid w:val="0042591C"/>
    <w:rsid w:val="004269A6"/>
    <w:rsid w:val="00432946"/>
    <w:rsid w:val="004337EC"/>
    <w:rsid w:val="0043680B"/>
    <w:rsid w:val="004373B1"/>
    <w:rsid w:val="00442FB7"/>
    <w:rsid w:val="00447C79"/>
    <w:rsid w:val="00456CAE"/>
    <w:rsid w:val="00463B66"/>
    <w:rsid w:val="00476321"/>
    <w:rsid w:val="00476F5E"/>
    <w:rsid w:val="00480402"/>
    <w:rsid w:val="0048280F"/>
    <w:rsid w:val="00486EFF"/>
    <w:rsid w:val="00497286"/>
    <w:rsid w:val="004B7DA7"/>
    <w:rsid w:val="004C4126"/>
    <w:rsid w:val="004E4A6F"/>
    <w:rsid w:val="004E7B70"/>
    <w:rsid w:val="004F0C2B"/>
    <w:rsid w:val="005060F9"/>
    <w:rsid w:val="00511906"/>
    <w:rsid w:val="00513721"/>
    <w:rsid w:val="00514841"/>
    <w:rsid w:val="00517A4C"/>
    <w:rsid w:val="005219A1"/>
    <w:rsid w:val="00527732"/>
    <w:rsid w:val="00533360"/>
    <w:rsid w:val="005560BD"/>
    <w:rsid w:val="00562B5C"/>
    <w:rsid w:val="00586C74"/>
    <w:rsid w:val="00590ADF"/>
    <w:rsid w:val="00591C89"/>
    <w:rsid w:val="005946B9"/>
    <w:rsid w:val="00594837"/>
    <w:rsid w:val="005A25FC"/>
    <w:rsid w:val="005A401F"/>
    <w:rsid w:val="005A4A3B"/>
    <w:rsid w:val="005C419C"/>
    <w:rsid w:val="005C7EB4"/>
    <w:rsid w:val="005D472E"/>
    <w:rsid w:val="005E2615"/>
    <w:rsid w:val="005E5127"/>
    <w:rsid w:val="005F00F4"/>
    <w:rsid w:val="00602DDA"/>
    <w:rsid w:val="0061743F"/>
    <w:rsid w:val="00620151"/>
    <w:rsid w:val="00627168"/>
    <w:rsid w:val="006279AE"/>
    <w:rsid w:val="006401CE"/>
    <w:rsid w:val="006452E6"/>
    <w:rsid w:val="00655D83"/>
    <w:rsid w:val="00663966"/>
    <w:rsid w:val="006828E7"/>
    <w:rsid w:val="0069135B"/>
    <w:rsid w:val="006A1708"/>
    <w:rsid w:val="006A44AF"/>
    <w:rsid w:val="006B348A"/>
    <w:rsid w:val="006C276F"/>
    <w:rsid w:val="006C2C10"/>
    <w:rsid w:val="006D156B"/>
    <w:rsid w:val="006D24A8"/>
    <w:rsid w:val="006D413A"/>
    <w:rsid w:val="006E2146"/>
    <w:rsid w:val="006E782B"/>
    <w:rsid w:val="00724027"/>
    <w:rsid w:val="00735A0A"/>
    <w:rsid w:val="007367AE"/>
    <w:rsid w:val="00756946"/>
    <w:rsid w:val="00761E41"/>
    <w:rsid w:val="007621EB"/>
    <w:rsid w:val="00776F7C"/>
    <w:rsid w:val="00781365"/>
    <w:rsid w:val="00783B98"/>
    <w:rsid w:val="00791D6E"/>
    <w:rsid w:val="00794B2E"/>
    <w:rsid w:val="00794BDA"/>
    <w:rsid w:val="00797377"/>
    <w:rsid w:val="007A349B"/>
    <w:rsid w:val="007A3EC3"/>
    <w:rsid w:val="007A4155"/>
    <w:rsid w:val="007B2883"/>
    <w:rsid w:val="007B35EA"/>
    <w:rsid w:val="007C29E9"/>
    <w:rsid w:val="007C2DB3"/>
    <w:rsid w:val="007C4112"/>
    <w:rsid w:val="007E629F"/>
    <w:rsid w:val="007E66B6"/>
    <w:rsid w:val="007F6113"/>
    <w:rsid w:val="007F758D"/>
    <w:rsid w:val="00811AE2"/>
    <w:rsid w:val="00817400"/>
    <w:rsid w:val="008209F0"/>
    <w:rsid w:val="00824DCA"/>
    <w:rsid w:val="00834200"/>
    <w:rsid w:val="00842D16"/>
    <w:rsid w:val="008445AB"/>
    <w:rsid w:val="00844838"/>
    <w:rsid w:val="00854C5A"/>
    <w:rsid w:val="00862722"/>
    <w:rsid w:val="008662AB"/>
    <w:rsid w:val="00873915"/>
    <w:rsid w:val="00875C91"/>
    <w:rsid w:val="00881135"/>
    <w:rsid w:val="00883F1E"/>
    <w:rsid w:val="0088654F"/>
    <w:rsid w:val="008A66C7"/>
    <w:rsid w:val="008B4C4E"/>
    <w:rsid w:val="008C3734"/>
    <w:rsid w:val="008C5442"/>
    <w:rsid w:val="008C556C"/>
    <w:rsid w:val="008C594D"/>
    <w:rsid w:val="008E09E2"/>
    <w:rsid w:val="008E2650"/>
    <w:rsid w:val="008F1F8A"/>
    <w:rsid w:val="00905396"/>
    <w:rsid w:val="0091098C"/>
    <w:rsid w:val="00910A60"/>
    <w:rsid w:val="00917A87"/>
    <w:rsid w:val="00920DC4"/>
    <w:rsid w:val="009248B0"/>
    <w:rsid w:val="00935BCE"/>
    <w:rsid w:val="0094579E"/>
    <w:rsid w:val="00946460"/>
    <w:rsid w:val="00946D2E"/>
    <w:rsid w:val="00951456"/>
    <w:rsid w:val="00954DDF"/>
    <w:rsid w:val="00956087"/>
    <w:rsid w:val="00967BD4"/>
    <w:rsid w:val="00970E7A"/>
    <w:rsid w:val="0097166C"/>
    <w:rsid w:val="00973FD0"/>
    <w:rsid w:val="00981B6F"/>
    <w:rsid w:val="0098649A"/>
    <w:rsid w:val="00991280"/>
    <w:rsid w:val="009A55FE"/>
    <w:rsid w:val="009A6429"/>
    <w:rsid w:val="009C437E"/>
    <w:rsid w:val="009D1049"/>
    <w:rsid w:val="009D538A"/>
    <w:rsid w:val="009F3B7D"/>
    <w:rsid w:val="009F5E67"/>
    <w:rsid w:val="009F778F"/>
    <w:rsid w:val="00A0335C"/>
    <w:rsid w:val="00A05EA0"/>
    <w:rsid w:val="00A06FDA"/>
    <w:rsid w:val="00A12E52"/>
    <w:rsid w:val="00A16AB0"/>
    <w:rsid w:val="00A16D7A"/>
    <w:rsid w:val="00A24635"/>
    <w:rsid w:val="00A26D63"/>
    <w:rsid w:val="00A32469"/>
    <w:rsid w:val="00A33DE1"/>
    <w:rsid w:val="00A406BE"/>
    <w:rsid w:val="00A41986"/>
    <w:rsid w:val="00A42158"/>
    <w:rsid w:val="00A44D72"/>
    <w:rsid w:val="00A56616"/>
    <w:rsid w:val="00A57144"/>
    <w:rsid w:val="00A72700"/>
    <w:rsid w:val="00A72906"/>
    <w:rsid w:val="00A84A2F"/>
    <w:rsid w:val="00A92244"/>
    <w:rsid w:val="00A95A04"/>
    <w:rsid w:val="00AA0FFE"/>
    <w:rsid w:val="00AA1D8D"/>
    <w:rsid w:val="00AB1588"/>
    <w:rsid w:val="00AB4F7B"/>
    <w:rsid w:val="00AB57FB"/>
    <w:rsid w:val="00AC1398"/>
    <w:rsid w:val="00AC6561"/>
    <w:rsid w:val="00AD552A"/>
    <w:rsid w:val="00AE0EDC"/>
    <w:rsid w:val="00AF23DF"/>
    <w:rsid w:val="00B00BAC"/>
    <w:rsid w:val="00B03847"/>
    <w:rsid w:val="00B05166"/>
    <w:rsid w:val="00B05804"/>
    <w:rsid w:val="00B11CEB"/>
    <w:rsid w:val="00B11D96"/>
    <w:rsid w:val="00B12AC2"/>
    <w:rsid w:val="00B227C2"/>
    <w:rsid w:val="00B233EC"/>
    <w:rsid w:val="00B24519"/>
    <w:rsid w:val="00B31A63"/>
    <w:rsid w:val="00B36375"/>
    <w:rsid w:val="00B36BAA"/>
    <w:rsid w:val="00B441BB"/>
    <w:rsid w:val="00B47730"/>
    <w:rsid w:val="00B61F59"/>
    <w:rsid w:val="00B721E4"/>
    <w:rsid w:val="00B7262B"/>
    <w:rsid w:val="00B72674"/>
    <w:rsid w:val="00B95870"/>
    <w:rsid w:val="00BA7459"/>
    <w:rsid w:val="00BD4FAB"/>
    <w:rsid w:val="00BE33AD"/>
    <w:rsid w:val="00BE3B7C"/>
    <w:rsid w:val="00BE3D5E"/>
    <w:rsid w:val="00BF0872"/>
    <w:rsid w:val="00C022C1"/>
    <w:rsid w:val="00C13AA3"/>
    <w:rsid w:val="00C34BE4"/>
    <w:rsid w:val="00C44804"/>
    <w:rsid w:val="00C4773E"/>
    <w:rsid w:val="00C51DC1"/>
    <w:rsid w:val="00C5481A"/>
    <w:rsid w:val="00C57A66"/>
    <w:rsid w:val="00C63647"/>
    <w:rsid w:val="00C72CEF"/>
    <w:rsid w:val="00C74D47"/>
    <w:rsid w:val="00C92689"/>
    <w:rsid w:val="00C936C0"/>
    <w:rsid w:val="00C96D32"/>
    <w:rsid w:val="00CA706C"/>
    <w:rsid w:val="00CA760C"/>
    <w:rsid w:val="00CB0664"/>
    <w:rsid w:val="00CC1134"/>
    <w:rsid w:val="00CC5EA7"/>
    <w:rsid w:val="00CC65A7"/>
    <w:rsid w:val="00CC7844"/>
    <w:rsid w:val="00CD0998"/>
    <w:rsid w:val="00CD721F"/>
    <w:rsid w:val="00CD7FC8"/>
    <w:rsid w:val="00CE40B0"/>
    <w:rsid w:val="00CE4368"/>
    <w:rsid w:val="00CE613F"/>
    <w:rsid w:val="00CF038B"/>
    <w:rsid w:val="00CF0E1E"/>
    <w:rsid w:val="00CF210B"/>
    <w:rsid w:val="00CF7AEA"/>
    <w:rsid w:val="00D02175"/>
    <w:rsid w:val="00D03301"/>
    <w:rsid w:val="00D0551C"/>
    <w:rsid w:val="00D05CD5"/>
    <w:rsid w:val="00D10270"/>
    <w:rsid w:val="00D127F9"/>
    <w:rsid w:val="00D17A4B"/>
    <w:rsid w:val="00D230D8"/>
    <w:rsid w:val="00D26B08"/>
    <w:rsid w:val="00D277EA"/>
    <w:rsid w:val="00D4166B"/>
    <w:rsid w:val="00D47540"/>
    <w:rsid w:val="00D53EFE"/>
    <w:rsid w:val="00D55287"/>
    <w:rsid w:val="00D62F59"/>
    <w:rsid w:val="00D7569E"/>
    <w:rsid w:val="00D76BF9"/>
    <w:rsid w:val="00D7716A"/>
    <w:rsid w:val="00D818A3"/>
    <w:rsid w:val="00D93A3F"/>
    <w:rsid w:val="00DA4ED3"/>
    <w:rsid w:val="00DB0D32"/>
    <w:rsid w:val="00DB5DA3"/>
    <w:rsid w:val="00DC2DD7"/>
    <w:rsid w:val="00DC7017"/>
    <w:rsid w:val="00DD0CE2"/>
    <w:rsid w:val="00DD4E56"/>
    <w:rsid w:val="00DD54A9"/>
    <w:rsid w:val="00DE1DFA"/>
    <w:rsid w:val="00DE2909"/>
    <w:rsid w:val="00DE5788"/>
    <w:rsid w:val="00DF004D"/>
    <w:rsid w:val="00DF46A6"/>
    <w:rsid w:val="00DF4BF2"/>
    <w:rsid w:val="00E1543A"/>
    <w:rsid w:val="00E179E4"/>
    <w:rsid w:val="00E23132"/>
    <w:rsid w:val="00E271CC"/>
    <w:rsid w:val="00E273E6"/>
    <w:rsid w:val="00E32A9E"/>
    <w:rsid w:val="00E35C20"/>
    <w:rsid w:val="00E35F3C"/>
    <w:rsid w:val="00E441D6"/>
    <w:rsid w:val="00E47E7A"/>
    <w:rsid w:val="00E76011"/>
    <w:rsid w:val="00E849E5"/>
    <w:rsid w:val="00E84EC3"/>
    <w:rsid w:val="00EC102F"/>
    <w:rsid w:val="00ED0E81"/>
    <w:rsid w:val="00ED5A27"/>
    <w:rsid w:val="00EE17AD"/>
    <w:rsid w:val="00EE1A87"/>
    <w:rsid w:val="00EE576C"/>
    <w:rsid w:val="00F20D03"/>
    <w:rsid w:val="00F21172"/>
    <w:rsid w:val="00F3210E"/>
    <w:rsid w:val="00F53372"/>
    <w:rsid w:val="00F63E27"/>
    <w:rsid w:val="00F67BB7"/>
    <w:rsid w:val="00F779B7"/>
    <w:rsid w:val="00F827BD"/>
    <w:rsid w:val="00F859CA"/>
    <w:rsid w:val="00F979A2"/>
    <w:rsid w:val="00FA1C4B"/>
    <w:rsid w:val="00FA1EC5"/>
    <w:rsid w:val="00FA5353"/>
    <w:rsid w:val="00FB0669"/>
    <w:rsid w:val="00FB5466"/>
    <w:rsid w:val="00FC693F"/>
    <w:rsid w:val="00FD16F6"/>
    <w:rsid w:val="00FE0759"/>
    <w:rsid w:val="00FE1A7A"/>
    <w:rsid w:val="00FE2300"/>
    <w:rsid w:val="00FE2C6A"/>
    <w:rsid w:val="00FF4177"/>
    <w:rsid w:val="00FF6A91"/>
    <w:rsid w:val="0548FB73"/>
    <w:rsid w:val="05AAC81D"/>
    <w:rsid w:val="0707E648"/>
    <w:rsid w:val="15164A29"/>
    <w:rsid w:val="16A3B9A3"/>
    <w:rsid w:val="277E215B"/>
    <w:rsid w:val="2E73F068"/>
    <w:rsid w:val="378FCF0B"/>
    <w:rsid w:val="3AC20C87"/>
    <w:rsid w:val="3F4D36AD"/>
    <w:rsid w:val="47BD4F57"/>
    <w:rsid w:val="4B85F134"/>
    <w:rsid w:val="4DB78D2A"/>
    <w:rsid w:val="50F4B1C1"/>
    <w:rsid w:val="608828E5"/>
    <w:rsid w:val="621E5B58"/>
    <w:rsid w:val="6B033AC1"/>
    <w:rsid w:val="6E9659EA"/>
    <w:rsid w:val="785EFFF9"/>
    <w:rsid w:val="7891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062061"/>
  <w14:defaultImageDpi w14:val="300"/>
  <w15:docId w15:val="{22481AEB-518A-4A97-AB96-73554193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818</Words>
  <Characters>4667</Characters>
  <Application>Microsoft Office Word</Application>
  <DocSecurity>0</DocSecurity>
  <Lines>38</Lines>
  <Paragraphs>10</Paragraphs>
  <ScaleCrop>false</ScaleCrop>
  <Manager/>
  <Company/>
  <LinksUpToDate>false</LinksUpToDate>
  <CharactersWithSpaces>5475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Cate Myers</dc:creator>
  <cp:keywords/>
  <dc:description>generated by python-docx</dc:description>
  <cp:lastModifiedBy>Anna Cate Myers</cp:lastModifiedBy>
  <cp:revision>3</cp:revision>
  <dcterms:created xsi:type="dcterms:W3CDTF">2026-08-11T14:45:00Z</dcterms:created>
  <dcterms:modified xsi:type="dcterms:W3CDTF">2026-08-17T21:16:00Z</dcterms:modified>
  <cp:category/>
</cp:coreProperties>
</file>